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广东省2021年成人高等学校录取工作日程表来了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2021-11-30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https://eea.gd.gov.cn/crgk/content/post_3683875.html</w:t>
        </w:r>
      </w:hyperlink>
    </w:p>
    <w:p/>
    <w:p>
      <w:r>
        <w:t>2021年我省成人高校招生录取工作将于12月1日-12月14日进行。具体招生录取批次和时间安排如下：</w:t>
      </w:r>
    </w:p>
    <w:p>
      <w:r>
        <w:drawing>
          <wp:inline xmlns:a="http://schemas.openxmlformats.org/drawingml/2006/main" xmlns:pic="http://schemas.openxmlformats.org/drawingml/2006/picture">
            <wp:extent cx="6400800" cy="57494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a35d331799c38a726492ab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4946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683875.html" TargetMode="Externa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