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广东省2018年10月高等教育自学考试报名报考流程（流程图版）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2018-07-09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报考指南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https://eea.gd.gov.cn/bmbk/bkzn/content/post_2533864.html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dc786580e1be2bafcc50a451ee23e86fc0cf7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74886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dc786580e1be2bafcc50a451ee23e86fc0cf7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4886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mbk/bkzn/content/post_253386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