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10月份自学考试可于10月18日起打印准考证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2023-10-17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https://eea.gd.gov.cn/zxks/content/post_4267942.html</w:t>
        </w:r>
      </w:hyperlink>
    </w:p>
    <w:p/>
    <w:p>
      <w:r>
        <w:t>广东省2023年10月自学考试将于10月28日至29日举行，各位考生可于10月18日上午10时起登录广东省自学考试管理系统（网址：https://www.eeagd.edu.cn/zkselfec/）打印准考证，请按照准考证上规定的时间、地点和要求参加考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426794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