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全省成人高考报名工作视频会议顺利召开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2024-09-04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https://eea.gd.gov.cn/news/content/post_4490063.html</w:t>
        </w:r>
      </w:hyperlink>
    </w:p>
    <w:p/>
    <w:p>
      <w:r>
        <w:t>9月4日下午，全省成人高考报名工作视频会议在广州召开，省教育厅党组成员，省教育考试院党委书记、院长，省招生办主任欧阳谦出席会议并讲话，省教育考试院相关负责同志对考试报名工作进行了培训。</w:t>
      </w:r>
    </w:p>
    <w:p>
      <w:r>
        <w:t>会议指出，成人高考是国家教育考试，我省今年成人高考报名工作面临报考人员类型多样、组考难度大、外部环境复杂的严峻形势，任务艰巨、责任重大，各地各有关高校要提高政治站位，认清风险挑战，坚持底线思维，全力以赴将成考这一民生大事办好。</w:t>
      </w:r>
    </w:p>
    <w:p>
      <w:r>
        <w:t>会议强调，各地、各有关高校要提前谋划，周密部署，认真抓好各项制度及工作要求的落实，做到五个“严格”，全力确保考试报名及组考工作平稳顺利实施。一是报名点的统筹管理要严格；二是各项报名准备工作要严格到位；三是报名资格审查要规范严格；四是监督检查要严格落实；五是考试招生服务要严格到位。</w:t>
      </w:r>
    </w:p>
    <w:p>
      <w:r>
        <w:t>省教育考试院相关处室负责人，各地级以上市教育局、招生办，相关高校成人高考负责人和工作人员共540多人通过视频方式参加了会议。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900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