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广东省2026年上半年中小学教师资格考试笔试通告</w:t>
      </w:r>
    </w:p>
    <w:p>
      <w:r>
        <w:rPr>
          <w:sz w:val="18"/>
        </w:rPr>
        <w:t>整理归属  广东省教育考试院</w:t>
      </w:r>
    </w:p>
    <w:p>
      <w:r>
        <w:rPr>
          <w:sz w:val="18"/>
        </w:rPr>
        <w:t>发布日期  2025-12-30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https://eea.gd.gov.cn/shks/content/post_4836602.html</w:t>
        </w:r>
      </w:hyperlink>
    </w:p>
    <w:p>
      <w:r>
        <w:t xml:space="preserve">同文来源  </w:t>
      </w:r>
      <w:hyperlink r:id="rId11">
        <w:r>
          <w:rPr>
            <w:color w:val="18548A"/>
          </w:rPr>
          <w:t>https://eea.gd.gov.cn/tzgg/content/post_4836805.html</w:t>
        </w:r>
      </w:hyperlink>
    </w:p>
    <w:p/>
    <w:p>
      <w:r>
        <w:t>根据教育部教育考试院《关于2026年中小学教师资格考试考务相关事项的通知》（教考院函〔2025〕103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2026年上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按照教育部教育考试院有关规定，考生须按实际考试时间确定本人是否符合报名资格。报名期间，尚未满足上述第3点条件，但至考试时已满足上述第3点条件的，则本次可正常报名，个人信息按报名期间的实际情况填写。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最高人民检察院关于办理组织考试作弊等刑事案件适用法律若干问题的解释》（法释〔2019〕13号）等相关规定执行。</w:t>
      </w:r>
    </w:p>
    <w:p>
      <w:r>
        <w:t>二、报名工作安排</w:t>
      </w:r>
    </w:p>
    <w:p>
      <w:r>
        <w:t>（一）时间安排</w:t>
      </w:r>
    </w:p>
    <w:p>
      <w:r>
        <w:t>报名时间：2026年1月9日10:00至12日16:00，内地考生须选择户籍、居住证申领地或学籍所在地市所辖的考区，港澳台考生可根据实际情况选择考区；</w:t>
      </w:r>
    </w:p>
    <w:p>
      <w:r>
        <w:t>网上缴费截止时间：2026年1月14日24:00；</w:t>
      </w:r>
    </w:p>
    <w:p>
      <w:r>
        <w:t>准考证下载打印开始时间：2026年3月2日10:00。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根据我省相关规定，中小学教师资格考试笔试收费标准为65元/人·科次。报名信息通过审核后，考生应在规定的时间内完成网上缴费。</w:t>
      </w:r>
    </w:p>
    <w:p>
      <w:r>
        <w:t>三、笔试时间及科目</w:t>
      </w:r>
    </w:p>
    <w:p>
      <w:r>
        <w:drawing>
          <wp:inline xmlns:a="http://schemas.openxmlformats.org/drawingml/2006/main" xmlns:pic="http://schemas.openxmlformats.org/drawingml/2006/picture">
            <wp:extent cx="6400800" cy="3991897"/>
            <wp:docPr id="1" name="Picture 1"/>
            <wp:cNvGraphicFramePr>
              <a:graphicFrameLocks noChangeAspect="1"/>
            </wp:cNvGraphicFramePr>
            <a:graphic>
              <a:graphicData uri="http://schemas.openxmlformats.org/drawingml/2006/picture">
                <pic:pic>
                  <pic:nvPicPr>
                    <pic:cNvPr id="0" name="a2467204fa432b93fa8a13a6.png"/>
                    <pic:cNvPicPr/>
                  </pic:nvPicPr>
                  <pic:blipFill>
                    <a:blip r:embed="rId12"/>
                    <a:stretch>
                      <a:fillRect/>
                    </a:stretch>
                  </pic:blipFill>
                  <pic:spPr>
                    <a:xfrm>
                      <a:off x="0" y="0"/>
                      <a:ext cx="6400800" cy="3991897"/>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教育考试院统一命制。考试不统一指定教材，考生可通过国家中小学教师资格考试网（http://ntce.neea.edu.cn）下载《考试标准》和《考试大纲》，根据其中知识点自行复习、备考。</w:t>
      </w:r>
    </w:p>
    <w:p>
      <w:r>
        <w:t>（二）考点与考场</w:t>
      </w:r>
    </w:p>
    <w:p>
      <w:r>
        <w:t>我省各中小学教师资格考试笔试考点均实行人脸识别、智能安检、金属探测等入场检测方式，考生打印准考证后，应及时查阅考点地址，合理规划路线，确保提前到达考点，并配合做好入场身份核验与相关检测。</w:t>
      </w:r>
    </w:p>
    <w:p>
      <w:r>
        <w:t>（三）成绩公布与查询</w:t>
      </w:r>
    </w:p>
    <w:p>
      <w:r>
        <w:t>本次笔试成绩将于2026年4月17日在“中小学教师资格考试网”（http:// ntce.neea.edu.cn）公布（具体时间以教育部教育考试院公布为准），考生可自行登录查询成绩。</w:t>
      </w:r>
    </w:p>
    <w:p>
      <w:r>
        <w:t>申请认定教师资格的人员，须未达到国家法定退休年龄。具体事项可咨询当地教师资格认定机构。</w:t>
      </w:r>
    </w:p>
    <w:p>
      <w:r>
        <w:t>（四）个人信息</w:t>
      </w:r>
    </w:p>
    <w:p>
      <w:r>
        <w:t>根据教育部教育考试院相关规定，从2026年上半年开始，中小学教师资格考试期间考生本人姓名或身份证件号码发生变更的，考生须携本人身份证件、公安部门开具的个人信息变更证明（户口本或带有公章的其他纸质证明）、本人签名的书面变更申请（格式不限，须注明个人信息、联系方式及需要变更信息的准考证号码），提交至各考区报考机构办理更正手续。提交申请时间为每年3月1日至31日、9月1日至30日（仅工作日受理），逾期申请者将延至下个申请周期。已成功申请的考生可于每申请周期结束30天后自行登录“中国教育考试网”查看变更结果，考试机构不另行通知。</w:t>
      </w:r>
    </w:p>
    <w:p>
      <w:r>
        <w:t>（五）违规处理</w:t>
      </w:r>
    </w:p>
    <w:p>
      <w:r>
        <w:t>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最高人民检察院关于办理组织考试作弊等刑事案件适用法律若干问题的解释》（法释〔2019〕13号）等相关规定执行。</w:t>
      </w:r>
    </w:p>
    <w:p>
      <w:r>
        <w:t>附件：</w:t>
      </w:r>
    </w:p>
    <w:p>
      <w:r>
        <w:t>1.中华人民共和国教师法（节选）</w:t>
      </w:r>
    </w:p>
    <w:p>
      <w:r>
        <w:t>2.中小学教师资格考试笔试网上报名流程</w:t>
      </w:r>
    </w:p>
    <w:p>
      <w:r>
        <w:t>3.考生网上报名注意事项</w:t>
      </w:r>
    </w:p>
    <w:p>
      <w:r>
        <w:t>4.2026年上半年中小学教师资格考试（笔试）科目代码列表</w:t>
      </w:r>
    </w:p>
    <w:p>
      <w:r>
        <w:t>5.广东省全国中小学教师资格考试笔试通告查询路径及联系方式</w:t>
      </w:r>
    </w:p>
    <w:p>
      <w:r>
        <w:t>6.中小学教师资格考试（笔试）报名常见问题及解答</w:t>
      </w:r>
    </w:p>
    <w:p>
      <w:r>
        <w:t>广东省教育考试院</w:t>
      </w:r>
    </w:p>
    <w:p>
      <w:r>
        <w:t>2025年12月30日</w:t>
      </w:r>
    </w:p>
    <w:p>
      <w:r>
        <w:t>查阅附件</w:t>
      </w:r>
    </w:p>
    <w:p>
      <w:pPr>
        <w:pStyle w:val="Heading1"/>
      </w:pPr>
      <w:r>
        <w:t>附件及下载链接</w:t>
      </w:r>
    </w:p>
    <w:p>
      <w:hyperlink r:id="rId13">
        <w:r>
          <w:rPr>
            <w:color w:val="18548A"/>
          </w:rPr>
          <w:t>查阅附件</w:t>
        </w:r>
      </w:hyperlink>
    </w:p>
    <w:p>
      <w:r>
        <w:rPr>
          <w:sz w:val="16"/>
        </w:rPr>
        <w:t>https://eea.gd.gov.cn/attachment/0/602/602624/4836602.pdf</w:t>
      </w:r>
    </w:p>
    <w:p>
      <w:pPr>
        <w:pStyle w:val="Heading1"/>
      </w:pPr>
      <w:r>
        <w:t>正文相关链接</w:t>
      </w:r>
    </w:p>
    <w:p>
      <w:hyperlink r:id="rId14">
        <w:r>
          <w:rPr>
            <w:color w:val="18548A"/>
          </w:rPr>
          <w:t>查阅附件</w:t>
        </w:r>
      </w:hyperlink>
    </w:p>
    <w:p>
      <w:r>
        <w:t>https://eea.gd.gov.cn/attachment/0/602/602624/4836805.pdf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836602.html" TargetMode="External"/><Relationship Id="rId11" Type="http://schemas.openxmlformats.org/officeDocument/2006/relationships/hyperlink" Target="https://eea.gd.gov.cn/tzgg/content/post_4836805.html" TargetMode="External"/><Relationship Id="rId12" Type="http://schemas.openxmlformats.org/officeDocument/2006/relationships/image" Target="media/image1.png"/><Relationship Id="rId13" Type="http://schemas.openxmlformats.org/officeDocument/2006/relationships/hyperlink" Target="https://eea.gd.gov.cn/attachment/0/602/602624/4836602.pdf" TargetMode="External"/><Relationship Id="rId14" Type="http://schemas.openxmlformats.org/officeDocument/2006/relationships/hyperlink" Target="https://eea.gd.gov.cn/attachment/0/602/602624/48368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