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bf616eab1dcf7cc3cb9ec6bc4ecf8c0e291fcf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bf616eab1dcf7cc3cb9ec6bc4ecf8c0e291fcf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