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f472218910cec92bd91dd24825119a0a70fc92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f472218910cec92bd91dd24825119a0a70fc92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