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用心用情用功 全力护航2022年中考——市招考办召开2022年中考特殊考点考场考务培训工作会</w:t>
      </w:r>
    </w:p>
    <w:p>
      <w:r>
        <w:rPr>
          <w:sz w:val="18"/>
        </w:rPr>
        <w:t>整理归属  深圳市招生考试办公室</w:t>
      </w:r>
    </w:p>
    <w:p>
      <w:r>
        <w:rPr>
          <w:sz w:val="18"/>
        </w:rPr>
        <w:t>发布日期  2022-06-23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https://szeb.sz.gov.cn/szzkw/zkgg/zkxx/content/post_9908430.html</w:t>
        </w:r>
      </w:hyperlink>
    </w:p>
    <w:p/>
    <w:p>
      <w:r>
        <w:t>为确保中考考生“应考尽考”，应对疫情变化，6月23日下午，市招考办召开2022年中考特殊考点考场考务培训会。</w:t>
      </w:r>
    </w:p>
    <w:p>
      <w:r>
        <w:t>会上，市招考办主任肖伟峰传达了市委、市政府关于做好全市2022年中考组考和防疫工作会议精神。他指出，全体考务人员必须以高度的责任心和强烈的使命感做好中考组考和防疫工作。</w:t>
      </w:r>
    </w:p>
    <w:p>
      <w:r>
        <w:t>一是提高认识，狠抓落实</w:t>
      </w:r>
    </w:p>
    <w:p>
      <w:r>
        <w:t>全体考务人员要以“召之即来，来之能战，战之必胜”的临战状态打赢中考组考和疫情防控阻击战。</w:t>
      </w:r>
    </w:p>
    <w:p>
      <w:r>
        <w:t>二是压实责任，确保安全</w:t>
      </w:r>
    </w:p>
    <w:p>
      <w:r>
        <w:t>考务人员须在主考的带领下压紧考试安全责任链，切实扛起责任，做到防疫、考务两手抓、两手硬、双安全。</w:t>
      </w:r>
    </w:p>
    <w:p>
      <w:r>
        <w:t>三是用心用情，暖心服务</w:t>
      </w:r>
    </w:p>
    <w:p>
      <w:r>
        <w:t>考务人员要在主考带领下，对照相关应急预案和防疫方案进行实战化演练，切实让特殊考点考生感到安心、舒心、暖心。</w:t>
      </w:r>
    </w:p>
    <w:p>
      <w:r>
        <w:t>肖伟峰强调，中考工作既是一项政治任务，也是一项民生工程，任务艰巨、责任重大，各区、各考点一定要提高政治站位，坚持最高标准、最严要求，用心用情用功，全力实现平安中考、健康中考、暖心中考目标。</w:t>
      </w:r>
    </w:p>
    <w:p>
      <w:r>
        <w:t>会上，市招考办中考科围绕中考考试安排、考场布置、考务工作流程、健康工作要点、重点任务提醒等内容，对做好2022年中考医院考场及隔离酒店考点考务工作进行了详细讲解；市疾控中心以《深圳市2022年初中学业水平考试特殊考生分类组考工作指引》为主题，就当前我市疫情总体情况、医院考场组考工作指引、隔离酒店考点组考工作指引等向与会人员做了详细介绍和指引。</w:t>
      </w:r>
    </w:p>
    <w:p>
      <w:r>
        <w:t>会议强调，全市各区、各考点要切实把考试安全摆在核心位置，明确职责、细化任务，细致做好服务保障，体现人文关怀，全员全力为广大考生营造安全有序舒适的考试环境，确保每名考生平安顺利中考。</w:t>
      </w:r>
    </w:p>
    <w:p>
      <w:r>
        <w:t>各区教育行政部门中考工作负责人、相关考点学校负责人、医院及隔离酒店医务人员，以及全体考务人员参加会议。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9084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