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广东省2018年成人高考成绩和录取分数线11月23日公布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2018-11-23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https://eea.gd.gov.cn/tzgg/content/post_2220492.html</w:t>
        </w:r>
      </w:hyperlink>
    </w:p>
    <w:p/>
    <w:p>
      <w:r>
        <w:t>我省2018年成人高考评卷工作已全部完成。日前省招生委员会公布了2018年成人高考录取分数线。据了解，2018年，全省报名人数达到41.4万，招生总计划数达到36.5万，报名人数和招生计划数均创历史新高。</w:t>
      </w:r>
    </w:p>
    <w:p>
      <w:r>
        <w:t>省招生办将于11月23日20：00起向在成人高考报名系统绑定的考生手机推送成绩，20:20起，考生可通过省教育考试院官微（ID：gdsksy）小程序和广东教育考试服务网（www.eesc.com.cn）查询本人成绩。</w:t>
      </w:r>
    </w:p>
    <w:p>
      <w:r>
        <w:t>据悉，我省2018年成人高校招生录取工作将于11月底上旬至12月中旬进行。成人高考录取期间，考生亦可通过上述方式获取或查询录取结果。请广大考生请密切留意广东省教育考试院官微、官网、广东教育考试服务网及相关媒体的有关公告讯息。</w:t>
      </w:r>
    </w:p>
    <w:p>
      <w:r>
        <w:t>2018年成人高考成绩和录取结果具体公布方式如下：</w:t>
      </w:r>
    </w:p>
    <w:p>
      <w:r>
        <w:t>一、成绩和录取结果公布方式</w:t>
      </w:r>
    </w:p>
    <w:p>
      <w:r>
        <w:t>（一）短信推送。已在成人高考报名系统绑定手机的考生，将收到来自号码106906708或106905708推送的成绩短信和录取结果短信。</w:t>
      </w:r>
    </w:p>
    <w:p>
      <w:r>
        <w:t>（二）官微小程序查询。考生关注广东省教育考试院官方微信（ID：gdsksy），在页面底部选择“小程序”栏，点击进入“广东省教育考试院”小程序，通过考生号和密码登录即可查询考试成绩和录取结果。</w:t>
      </w:r>
    </w:p>
    <w:p>
      <w:r>
        <w:t>（三）网站查询。考生登录广东教育考试服务网（www.eesc.com.cn），通过综合查询栏目页面，按相关提示即可查询考试成绩和录取结果。</w:t>
      </w:r>
    </w:p>
    <w:p>
      <w:r>
        <w:t>二、成绩证书打印</w:t>
      </w:r>
    </w:p>
    <w:p>
      <w:r>
        <w:t>11月27日16:00起，考生可以通过省教育考试院官微小程序自行下载并打印成绩证书。具体操作为：在“广东省教育考试院”小程序中点击进入“证书打印”，选择考生对应的证书类别，填写考生信息登录后，即可下载成绩证书并自行打印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2049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