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自考专业数据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2019-06-14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专科层次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https://szeb.sz.gov.cn/szzkw/zkcx/zxks/zkzy/zkcc/content/post_8949025.html</w:t>
        </w:r>
      </w:hyperlink>
    </w:p>
    <w:p/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797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18256d1212654f62ae80fced3c96053f6a6b090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79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370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18256d1212654f62ae80fced3c96053f6a6b090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3703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cx/zxks/zkzy/zkcc/content/post_8949025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