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2021年上半年全国英语等级考试成绩公布啦！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2021-05-13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https://szeb.sz.gov.cn/szzkw/zkgg/skxx/content/post_8946789.html</w:t>
        </w:r>
      </w:hyperlink>
    </w:p>
    <w:p/>
    <w:p>
      <w:r>
        <w:t>2021年上半年全国英语等级考试成绩将于5月11日16:00公布。考生可通过以下方式查询成绩：</w:t>
      </w:r>
    </w:p>
    <w:p>
      <w:r>
        <w:t>一、登录中国教育考试网（http://www.neea.edu.cn/）查询。</w:t>
      </w:r>
    </w:p>
    <w:p>
      <w:r>
        <w:t>二、关注广东省教育考试院官方微信号gdsksy查询。</w:t>
      </w:r>
    </w:p>
    <w:p>
      <w:r>
        <w:t>三、登录广东教育考试服务网（http://www.eesc.com.cn/）查询。</w:t>
      </w:r>
    </w:p>
    <w:p>
      <w:r>
        <w:t>考生如对考试成绩有疑问，须在成绩公布后5个工作日内，向所在考点提出复查申请，由各地市招考机构汇总并在考试成绩公布后10个工作内报省教育考试院，逾期不予受理。复查工作结束后，复查结果由考点通知考生。</w:t>
      </w:r>
    </w:p>
    <w:p>
      <w:r>
        <w:t>附表：全国英语等级考试成绩复查申请表</w:t>
      </w:r>
    </w:p>
    <w:p>
      <w:r>
        <w:t>附表</w:t>
      </w:r>
    </w:p>
    <w:p>
      <w:r>
        <w:t>全国英语等级考试成绩复查申请表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10"/>
        <w:gridCol w:w="1710"/>
        <w:gridCol w:w="1710"/>
        <w:gridCol w:w="1710"/>
        <w:gridCol w:w="1710"/>
        <w:gridCol w:w="1710"/>
        <w:gridCol w:w="1710"/>
        <w:gridCol w:w="1710"/>
      </w:tblGrid>
      <w:tr>
        <w:trPr>
          <w:tblHeader/>
        </w:trP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考生姓名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身份证号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科目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级别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准考证号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成绩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复查原因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p>
      <w:r>
        <w:t>申请人签名：</w:t>
      </w:r>
    </w:p>
    <w:p>
      <w:r>
        <w:t>联系电话：</w:t>
      </w:r>
    </w:p>
    <w:p>
      <w:r>
        <w:t>申请时间：    年    月    日</w:t>
      </w:r>
    </w:p>
    <w:p>
      <w:r>
        <w:t>注：复查工作结束后，复查结果由考点通知考生。</w:t>
      </w:r>
    </w:p>
    <w:p>
      <w:r>
        <w:t>来源：广东省教育考试院</w:t>
      </w:r>
    </w:p>
    <w:sectPr w:rsidR="00FC693F" w:rsidRPr="0006063C" w:rsidSect="00034616">
      <w:footerReference w:type="default" r:id="rId9"/>
      <w:pgSz w:w="15840" w:h="122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894678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