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中共中央政治局召开会议 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2024-03-30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https://eea.gd.gov.cn/news/content/post_4399671.html</w:t>
        </w:r>
      </w:hyperlink>
    </w:p>
    <w:p/>
    <w:p>
      <w:r>
        <w:t>中共中央政治局3月29日召开会议，审议《关于二十届中央第二轮巡视情况的综合报告》。中共中央总书记习近平主持会议。</w:t>
      </w:r>
    </w:p>
    <w:p>
      <w:r>
        <w:t>会议指出，以习近平同志为核心的党中央高度重视巡视工作，党的二十大以来部署开展两轮中央巡视，完成对中管企业的全覆盖。从巡视看，中管企业和相关职能部门党的建设得到加强，全面从严治党取得新成效，但也存在一些问题，必须从政治上高度重视，严肃认真解决。要把巡视整改作为推进高质量发展和全面从严治党的有力抓手，加强组织领导，压实主体责任，建立问题清单、任务清单、责任清单，做到件件有着落、事事有回音。要强化巡视整改监督，盯住重点人、重点事不放，逐一对账销号，建立整改问责机制，对敷衍整改、虚假整改的严肃追究责任。</w:t>
      </w:r>
    </w:p>
    <w:p>
      <w:r>
        <w:t>会议强调，国有企业是中国特色社会主义的重要物质基础和政治基础。要坚持和加强党的领导，深入学习贯彻习近平新时代中国特色社会主义思想，扎实履行职责使命，坚决做到“两个维护”。要统筹发展和安全，增强忧患意识，坚持底线思维，坚决防范化解风险，以高水平安全保障高质量发展。要纵深推进全面从严治党，把严的基调、严的措施、严的氛围长期坚持下去，加强对“一把手”和领导班子的监督，持续保持惩治腐败高压态势，深化以案促改、以案促治，坚决铲除腐败滋生的土壤和条件。要认真贯彻新时代党的组织路线，加强领导班子建设、干部人才队伍建设和基层党组织建设。要综合用好巡视成果，深入研究解决巡视发现的共性问题和深层次问题，进一步健全制度机制，促进标本兼治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996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