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https://szeb.sz.gov.cn/szzkw/zkcx/zxks/zkzy/zkcc/content/post_8949045.html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5dd1904982dd95246fb4c8373fc034cf3cb5177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5dd1904982dd95246fb4c8373fc034cf3cb5177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45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