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2026年全国联招考试深圳考点考前温馨提示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2026-05-18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https://szeb.sz.gov.cn/szzkw/qt/tzgg/content/post_12783876.html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https://szeb.sz.gov.cn/szzkw/zkgg/skxx/content/post_12783868.html</w:t>
        </w:r>
      </w:hyperlink>
    </w:p>
    <w:p/>
    <w:p>
      <w:r>
        <w:t>我市2026年全国联招考试将于5月23日至24日举行。市招生考试办公室提醒广大考生：</w:t>
      </w:r>
    </w:p>
    <w:p>
      <w:r>
        <w:t>一、及时打印准考证</w:t>
      </w:r>
    </w:p>
    <w:p>
      <w:r>
        <w:t>自5月19日起，考生可登录全国联招管理系统考生端（网址：https://www.eeagd.edu.cn/lzks/）自行下载并打印准考证。请认真阅读“考生须知”及“考点提醒注意事项”内容，按照准考证上规定的时间、地点及要求参加考试。</w:t>
      </w:r>
    </w:p>
    <w:p>
      <w:r>
        <w:t>二、合理规划赴考时间及路线</w:t>
      </w:r>
    </w:p>
    <w:p>
      <w:r>
        <w:t>请考生根据本人准考证信息，提前了解考点地理位置、周边环境、赴考路途交通状况和考试当天天气情况，合理规划赴考路线和时间，充分考虑考点安检等影响因素，预留足够赴考时间，尽可能提前到达考点，确保按时参加考试。考点不提供车位，请考生绿色出行。5月22日下午4：00至6：00，允许考生进入考点非封闭区域熟悉考场位置。</w:t>
      </w:r>
    </w:p>
    <w:p>
      <w:r>
        <w:t>（一）深圳市第一职业技术学校（福田校区）考点仅可从位于福中路北门进校，仅限考生本人步行入校。</w:t>
      </w:r>
    </w:p>
    <w:p>
      <w:r>
        <w:t>（二）深圳市福田区华强职业技术学校（景田校区）考点仅可从位于景田南四街北门进校，仅限考生本人步行入校。</w:t>
      </w:r>
    </w:p>
    <w:p>
      <w:r>
        <w:t>三、带齐应考有效证件</w:t>
      </w:r>
    </w:p>
    <w:p>
      <w:r>
        <w:t>考生进入考点须凭“全国联招考试准考证”和“个人有效身份证件原件”（港澳考生持①《港澳居民来往内地通行证》或《港澳居民居住证》和②香港或澳门居民身份证，台湾考生持①《台湾居民来往大陆通行证》或《台湾居民居住证》和②在台湾居住的有效身份证明，华侨考生持中华人民共和国护照）进入考场。请考生务必提前检查证件是否在有效期内且完好无损，以免影响正常入场考试。</w:t>
      </w:r>
    </w:p>
    <w:p>
      <w:r>
        <w:t>四、主动配合入场检查</w:t>
      </w:r>
    </w:p>
    <w:p>
      <w:r>
        <w:t>（一）考试入场需通过智能安检门和金属探测仪等设备进行安检，请考生主动配合并接受考点、考场安检工作。</w:t>
      </w:r>
    </w:p>
    <w:p>
      <w:r>
        <w:t>（二）考生按考点指引，在进入考点封闭区安检前，将与考试无关的物品存放于考点物品存放点。考点只负责提供考生物品存放处，不负责存放物品的保管。为避免考生物品遗失，考生应尽可能不携带与考试无关的物品，尤其是贵重物品。尽量避免穿戴有金属饰品的衣物和配饰（如手镯、项链、戒指，带金属扣的鞋帽衣物、发卡等），以免触发安检设备报警影响正常入场考试。</w:t>
      </w:r>
    </w:p>
    <w:p>
      <w:r>
        <w:t>五、考试重要时间节点</w:t>
      </w:r>
    </w:p>
    <w:p>
      <w:r>
        <w:t>（一）考生在每科考前20分钟（其中，中文科和英语科考前30分钟）进入考场。</w:t>
      </w:r>
    </w:p>
    <w:p>
      <w:r>
        <w:t>（二）所有科目开考15分钟后，禁止迟到考生进入考场参加当次科目考试。其中，英语科目考试13:15将禁止考生进入考场参加听力考试，凡于13:15至13:45之间到达考场的考生，待听力考试结束后，方可进入考场参加笔试。</w:t>
      </w:r>
    </w:p>
    <w:p>
      <w:r>
        <w:t>（三）每科考试开考60分钟后，方可交卷出场，交卷出场后不得再进场续考，也不得在考场附近逗留或交谈。</w:t>
      </w:r>
    </w:p>
    <w:p>
      <w:r>
        <w:t>（四）考试结束信号发出后，考生应立即停笔，双手放下，继续答题将按考试违纪处理。严禁将试题、答题卡、草稿纸等涉考材料带出考场。</w:t>
      </w:r>
    </w:p>
    <w:p>
      <w:r>
        <w:t>六、诚信守纪参加考试</w:t>
      </w:r>
    </w:p>
    <w:p>
      <w:r>
        <w:t>考生须遵守有关考试纪律和规定，服从考试工作人员管理，诚信参考。考试过程中如不遵守考试纪律，不服从考试工作人员管理，将按照《国家教育考试违规处理办法》（教育部令第33号）进行认定及处理，如情节严重、触犯刑法的，将报送公安部门依法处理。</w:t>
      </w:r>
    </w:p>
    <w:p>
      <w:r>
        <w:t>预祝各位考生考试顺利，取得好成绩！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783876.html" TargetMode="External"/><Relationship Id="rId11" Type="http://schemas.openxmlformats.org/officeDocument/2006/relationships/hyperlink" Target="https://szeb.sz.gov.cn/szzkw/zkgg/skxx/content/post_1278386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