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广东省自学考试各门课程的教材如何选择与购买？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https://eea.gd.gov.cn/dawenku/qtwt/content/post_4292151.html</w:t>
        </w:r>
      </w:hyperlink>
    </w:p>
    <w:p/>
    <w:p>
      <w:r>
        <w:t>广东省考办每年公布的《广东省自学考试开考课程考试时间安排》相关附件中，会列明各门课程的使用教材。自学考试课程使用教材均为公开出版物，考生可通过各类线上或线下渠道自行购买。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2921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