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f2490e5a47db3b38d9797e474c43a4612398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f2490e5a47db3b38d9797e474c43a4612398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