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自考专业数据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2019-06-14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专科层次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https://szeb.sz.gov.cn/szzkw/zkcx/zxks/zkzy/zkcc/content/post_8949028.html</w:t>
        </w:r>
      </w:hyperlink>
    </w:p>
    <w:p/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797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5ad1b3c183c16ac48ab62e4f1968ee31d0d3108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79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370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5ad1b3c183c16ac48ab62e4f1968ee31d0d3108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3703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cx/zxks/zkzy/zkcc/content/post_8949028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