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深圳市招生考试办公室关于做好广东省2022年普通高考英语听说考试成绩发布有关事宜的通知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2022-05-20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https://szeb.sz.gov.cn/szzkw/zkgg/gkxx/content/post_9803419.html</w:t>
        </w:r>
      </w:hyperlink>
    </w:p>
    <w:p/>
    <w:p>
      <w:r>
        <w:t>各区（新区）教育行政部门、各有关学校（报名点）：</w:t>
      </w:r>
    </w:p>
    <w:p>
      <w:r>
        <w:t>根据省教育考试院通知，广东省2022年普通高考英语听说考试评卷工作已经结束。现将考试成绩发布的有关事项通知如下。</w:t>
      </w:r>
    </w:p>
    <w:p>
      <w:r>
        <w:t>一、成绩公布时间和方式</w:t>
      </w:r>
    </w:p>
    <w:p>
      <w:r>
        <w:t>广东省2022年普通高考英语听说考试成绩将于5月20日由省教育考试院统一发布。高考英语听说考试成绩按考生卷面成绩（满分60分）÷3，四舍五入取整数后计得。英语听说考试成绩与英语笔试成绩合成考生高考英语科目的成绩。</w:t>
      </w:r>
    </w:p>
    <w:p>
      <w:r>
        <w:t>5月20日上午11:00起，考生可通过以下方式查询本人的考试成绩：</w:t>
      </w:r>
    </w:p>
    <w:p>
      <w:r>
        <w:t>（一）官微查询方式</w:t>
      </w:r>
    </w:p>
    <w:p>
      <w:r>
        <w:t>考生关注广东省教育考试院官方微信（ID：gdsksy），底部选择“小程序”栏，点击进入“广东省教育考试院”小程序，即可查询考试成绩。</w:t>
      </w:r>
    </w:p>
    <w:p>
      <w:r>
        <w:t>（二）“广东招考在线”小程序查询方式</w:t>
      </w:r>
    </w:p>
    <w:p>
      <w:r>
        <w:t>考生可通过微信搜索进入“广东招考在线”小程序，点击“成绩查询”，选择考生对应的考试类别，通过考生号和出生日期查询考试成绩。</w:t>
      </w:r>
    </w:p>
    <w:p>
      <w:r>
        <w:t>（三）百度小程序查询方式</w:t>
      </w:r>
    </w:p>
    <w:p>
      <w:r>
        <w:t>通过百度App搜索“广东省教育考试院”，打开“广东省教育考试院—智能小程序”，点击“考试成绩”，按栏目指引即可查询成绩。</w:t>
      </w:r>
    </w:p>
    <w:p>
      <w:r>
        <w:t>二、成绩复查</w:t>
      </w:r>
    </w:p>
    <w:p>
      <w:r>
        <w:t>（一）申请复查程序。考生查到成绩后，如对成绩有疑问，可于5月23日16:00前，携带准考证到所在中学（报名点）提出查分申请，各有关中学（报名点）于5月23日17:00前将申请查分考生名单通过“深圳市教育考试考务综合管理平台”（网址：http://kwpt.sz.edu.cn:10000/kw/）报送，逾期不予受理。</w:t>
      </w:r>
    </w:p>
    <w:p>
      <w:r>
        <w:t>（二）复查结果告知。对复查后发现分数有误的考生，省考试院将发文对其分数进行更正，并将更正后的成绩通过学校（报名点）告知考生。</w:t>
      </w:r>
    </w:p>
    <w:p>
      <w:r>
        <w:t>附件：2022年普通高考英语听说考试成绩复查申请登记表</w:t>
      </w:r>
    </w:p>
    <w:p>
      <w:r>
        <w:t>附件.2022年普通高考英语听说考试成绩复查申请登记表.docx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附件.2022年普通高考英语听说考试成绩复查申请登记表.docx</w:t>
        </w:r>
      </w:hyperlink>
    </w:p>
    <w:p>
      <w:r>
        <w:rPr>
          <w:sz w:val="16"/>
        </w:rPr>
        <w:t>https://szeb.sz.gov.cn/attachment/0/975/975935/9803419.docx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9803419.html" TargetMode="External"/><Relationship Id="rId11" Type="http://schemas.openxmlformats.org/officeDocument/2006/relationships/hyperlink" Target="https://szeb.sz.gov.cn/attachment/0/975/975935/9803419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