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广东省2020年成人高校招生专业公布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2020-09-07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https://eea.gd.gov.cn/crgk/content/post_3080312.html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https://eea.gd.gov.cn/tzgg/content/post_3080266.html</w:t>
        </w:r>
      </w:hyperlink>
    </w:p>
    <w:p/>
    <w:p>
      <w:r>
        <w:t>2020年全国成人高校招生统一考试将于10月24-25日进行，网上报名将于9月11日开始。考生可在9月11日-17日自行上网登录广东省教育考试院成人高考报名网址（http://www.eeagd.edu.cn/cr）进行网上报名</w:t>
      </w:r>
    </w:p>
    <w:p>
      <w:r>
        <w:t>附件： 广东省2020年成人高校招生专业表.pdf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广东省2020年成人高校招生专业表.pdf</w:t>
        </w:r>
      </w:hyperlink>
    </w:p>
    <w:p>
      <w:r>
        <w:rPr>
          <w:sz w:val="16"/>
        </w:rPr>
        <w:t>https://eea.gd.gov.cn/attachment/0/400/400896/3080312.pdf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广东省2020年成人高校招生专业表.pdf</w:t>
        </w:r>
      </w:hyperlink>
    </w:p>
    <w:p>
      <w:r>
        <w:t>https://eea.gd.gov.cn/attachment/0/400/400896/3080266.pdf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080312.html" TargetMode="External"/><Relationship Id="rId11" Type="http://schemas.openxmlformats.org/officeDocument/2006/relationships/hyperlink" Target="https://eea.gd.gov.cn/tzgg/content/post_3080266.html" TargetMode="External"/><Relationship Id="rId12" Type="http://schemas.openxmlformats.org/officeDocument/2006/relationships/hyperlink" Target="https://eea.gd.gov.cn/attachment/0/400/400896/3080312.pdf" TargetMode="External"/><Relationship Id="rId13" Type="http://schemas.openxmlformats.org/officeDocument/2006/relationships/hyperlink" Target="https://eea.gd.gov.cn/attachment/0/400/400896/308026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