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《中华人民共和国刑法修正案（九）》节选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2017-10-01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https://szeb.sz.gov.cn/szzkw/zcwj/content/post_8948901.html</w:t>
        </w:r>
      </w:hyperlink>
    </w:p>
    <w:p/>
    <w:p>
      <w:r>
        <w:t>在刑法第二百八十四条后增加一条，作为第二百八十四条之一：“在法律规定的国家考试中，组织作弊的，处三年以下有期徒刑或者拘役，并处或者单处罚金；情节严重的，处三年以上七年以下有期徒刑，并处罚金。</w:t>
      </w:r>
    </w:p>
    <w:p>
      <w:r>
        <w:t>“为他人实施前款犯罪提供作弊器材或者其他帮助的，依照前款的规定处罚。</w:t>
      </w:r>
    </w:p>
    <w:p>
      <w:r>
        <w:t>“为实施考试作弊行为，向他人非法出售或者提供第一款规定的考试的试题、答案的，依照第一款的规定处罚。</w:t>
      </w:r>
    </w:p>
    <w:p>
      <w:r>
        <w:t>“代替他人或者让他人代替自己参加第一款规定的考试的，处拘役或者管制，并处或者单处罚金。”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489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