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深圳市2024年普通专升本招生考试将于3月30日至31日开考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2024-03-28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https://szeb.sz.gov.cn/szzkw/zkgg/gkxx/content/post_11217117.html</w:t>
        </w:r>
      </w:hyperlink>
    </w:p>
    <w:p/>
    <w:p>
      <w:r>
        <w:t>根据广东省教育考试院工作安排，2024年普通高等学校专升本（简称普通专升本）考试将于3月30至31日进行，普通高等学校三二分段专升本转段考试（统考科目）将于3月30日进行。为落实考务工作要求，确保考试安全平稳顺利进行，结合我市实际情况，全市在6个区共设11个考点，目前，各考点的考前准备工作就绪。</w:t>
      </w:r>
    </w:p>
    <w:p>
      <w:r>
        <w:t>3月20日，省教育考试院召开全省2024年普通高校专升本考试考务工作培训会。市招考办严格按照省招委会工作部署，坚持“规范管理、热情服务”的组考总策略，着眼“四个聚焦”扎实做好各项考试准备工作。会上，要求各有关区行政部门、各考点要站在维护社会稳定、维护招生政策严肃性的高度，围绕考试安全开展工作，严格把控好各个环节细节，抓实抓好各项组考任务。同时，还要始终坚持以人为本，一切为考生着想，全力搞好服务保障，要把人文关怀贯穿到组考工作的全过程，既要规范落实要求，又要尊重关心考生。</w:t>
      </w:r>
    </w:p>
    <w:p>
      <w:r>
        <w:t>市招考办温馨提示各位考生：2024年专升本考试考点入场安检全面使用智能安检门，并设置考生物品存放点。考生进入封闭区和考场时需要接受两次人工安检、一次智能安检和人脸识别检查，重点查处携带手机等作弊行为，如有异常情况，将进行复检复查，请服从考点工作人员管理。考生只能携带必要的考试文具进入考场（如：黑色签字笔、铅笔、普通直尺、橡皮等），不允许携带手机及各类无线通讯工具、手表、耳机、电子存储记忆录放设备、发送接收设备、书包、学习资料、稿纸、涂改液、修正带、计算器、计算尺等物品。同时注意，不要携带钥匙、充电器、磁卡、打火机、雨伞以及金属材质的手镯、戒指、项链、发卡等物品，尽量不穿戴有金属装饰品的衣服、鞋帽等，避免反复安检，影响正常入场考试。同时，要配合考点做好人脸识别验证和金属探测检查等工作，考试过程中遵守考试纪律，不得将试卷、答卷或草稿纸带出考场，服从考试工作人员管理，诚信参加考试，违者将依法处理。</w:t>
      </w:r>
    </w:p>
    <w:p>
      <w:r>
        <w:t>因考点车位有限，考生车辆不得进入考点停放，请考生提前留意天气预报，了解到达考点的交通路线，预留到达考点的时间，合理安排出行，按时赴考。</w:t>
      </w:r>
    </w:p>
    <w:p>
      <w:r>
        <w:t>祝广大考生考试顺利！</w:t>
      </w:r>
    </w:p>
    <w:p>
      <w:r>
        <w:drawing>
          <wp:inline xmlns:a="http://schemas.openxmlformats.org/drawingml/2006/main" xmlns:pic="http://schemas.openxmlformats.org/drawingml/2006/picture">
            <wp:extent cx="6400800" cy="576831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ca36ceec819702491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7683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80731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5c48d6c8567da61aa4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731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21711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