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关于公布2024年第一次普通高中学业水平合格性考试成绩的通知</w:t>
      </w:r>
    </w:p>
    <w:p>
      <w:r>
        <w:rPr>
          <w:sz w:val="18"/>
        </w:rPr>
        <w:t>整理归属  深圳市招生考试办公室</w:t>
      </w:r>
    </w:p>
    <w:p>
      <w:r>
        <w:rPr>
          <w:sz w:val="18"/>
        </w:rPr>
        <w:t>发布日期  2024-02-07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https://szeb.sz.gov.cn/szzkw/zkgg/gkxx/content/post_11142807.html</w:t>
        </w:r>
      </w:hyperlink>
    </w:p>
    <w:p/>
    <w:p>
      <w:r>
        <w:t>各地级以上市招生办公室（考试中心、考试院）：</w:t>
      </w:r>
    </w:p>
    <w:p>
      <w:r>
        <w:t>我省2024年第一次普通高中学业水平合格性考试（以下简称高中学考）评卷工作已全部完成，现将考试成绩公布有关事宜通知如下：</w:t>
      </w:r>
    </w:p>
    <w:p>
      <w:r>
        <w:t>一、成绩公布时间和方式</w:t>
      </w:r>
    </w:p>
    <w:p>
      <w:r>
        <w:t>我院将于2024年2月21日10:00起发布2024年第一次高中学考成绩，考生可通过广东省教育考试院官微（ID：gdsksy）小程序、百度智能小程序或通过“广东招考在线”小程序查询成绩。3月14日10:00起，考生可以通过省教育考试院官微小程序、百度智能小程序自行下载并打印2024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类、舞蹈类）考生还呈现合成总分和排位。体育类专业合成总分计算公式为：考生总分=学考总分×40%+专业省统考成绩×1.5×60%。音乐类、美术类和舞蹈类专业合成总分计算公式为：考生总分=学考总分×50%+专业省统考成绩×1.5×50%。符合政策加分的考生，以学考总分加照顾加分分值后再参与术科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三、成绩复查程序和方式</w:t>
      </w:r>
    </w:p>
    <w:p>
      <w:r>
        <w:t>（一）申请复查。考生在获得考试成绩后，如对本人当次考试某科成绩有疑问，可于2月23日17：00前携带准考证，到所在中学或社会报名点提出复查分数的书面申请，填写《2024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中学或社会报名点需指定专人负责考生申请成绩复查工作，于2月27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w:t>
      </w:r>
    </w:p>
    <w:p>
      <w:r>
        <w:t>1.广东省2024年第一次普通高中学业水平考试成绩查询方式</w:t>
      </w:r>
    </w:p>
    <w:p>
      <w:r>
        <w:t>2.广东省2024年第一次普通高中学业水平考试考生成绩复查申请登记表</w:t>
      </w:r>
    </w:p>
    <w:p>
      <w:r>
        <w:t>附件1-2.pdf</w:t>
      </w:r>
    </w:p>
    <w:p>
      <w:pPr>
        <w:pStyle w:val="Heading1"/>
      </w:pPr>
      <w:r>
        <w:t>附件及下载链接</w:t>
      </w:r>
    </w:p>
    <w:p>
      <w:hyperlink r:id="rId11">
        <w:r>
          <w:rPr>
            <w:color w:val="18548A"/>
          </w:rPr>
          <w:t>附件1-2.pdf</w:t>
        </w:r>
      </w:hyperlink>
    </w:p>
    <w:p>
      <w:r>
        <w:rPr>
          <w:sz w:val="16"/>
        </w:rPr>
        <w:t>https://szeb.sz.gov.cn/attachment/1/1413/1413619/11142807.pdf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42807.html" TargetMode="External"/><Relationship Id="rId11" Type="http://schemas.openxmlformats.org/officeDocument/2006/relationships/hyperlink" Target="https://szeb.sz.gov.cn/attachment/1/1413/1413619/111428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