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广东省2023年报考中央司法警官学院须知</w:t>
      </w:r>
    </w:p>
    <w:p>
      <w:r>
        <w:rPr>
          <w:sz w:val="18"/>
        </w:rPr>
        <w:t>整理归属  广东省教育考试院</w:t>
      </w:r>
    </w:p>
    <w:p>
      <w:r>
        <w:rPr>
          <w:sz w:val="18"/>
        </w:rPr>
        <w:t>发布日期  2023-06-16</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https://eea.gd.gov.cn/ptgk/content/post_4203326.html</w:t>
        </w:r>
      </w:hyperlink>
    </w:p>
    <w:p>
      <w:r>
        <w:t xml:space="preserve">同文来源  </w:t>
      </w:r>
      <w:hyperlink r:id="rId11">
        <w:r>
          <w:rPr>
            <w:color w:val="18548A"/>
          </w:rPr>
          <w:t>https://eea.gd.gov.cn/tzgg/content/post_4203440.html</w:t>
        </w:r>
      </w:hyperlink>
    </w:p>
    <w:p/>
    <w:p>
      <w:r>
        <w:t>欢迎广大考生报考中央司法警官学院！</w:t>
      </w:r>
    </w:p>
    <w:p>
      <w:r>
        <w:t>中央司法警官学院司法行政警察类专业招生属本科提前批次。根据中央司法警官学院2023年招生章程和考生志愿，按照高考成绩从高到低的顺序，根据招生计划分科类、分专业、分男生、女生不低于1:3比例确定入围政治考察、面试、体检和体能测评环节考生名单。按照中央司法警官学院2023年招生章程，志愿报考中央司法警官学院的考生，均须参加统一组织的政治考察、面试、体检和体能测评。为保证录取前的政治考察、面试、体检和体能测评工作顺利完成，请各位考生及家长留意以下信息：</w:t>
      </w:r>
    </w:p>
    <w:p>
      <w:r>
        <w:t>一、时间地点</w:t>
      </w:r>
    </w:p>
    <w:p>
      <w:r>
        <w:t>入围考生请于7月4日上午8:30至11:00到广东司法警官职业学院（龙洞校区，地址：广州市天河区龙腾路245号）图书馆架空层报到，经体检和面试合格者，进行体能测评。逾期不报到视为自动放弃。</w:t>
      </w:r>
    </w:p>
    <w:p>
      <w:r>
        <w:t>预计7月1日前广东省考试院或广东司法警官职业学院将会发送有关面试、体检和体能测评短信通知，请考生保持手机通讯畅通，及时留意相关手机信息。</w:t>
      </w:r>
    </w:p>
    <w:p>
      <w:r>
        <w:t>二、主要项目</w:t>
      </w:r>
    </w:p>
    <w:p>
      <w:r>
        <w:t>（一）政治考察</w:t>
      </w:r>
    </w:p>
    <w:p>
      <w:r>
        <w:t>入围考生请于7月1日前登录中央司法警官学院官网（网址：http://www.cicp.edu.cn)招生网页“下载专区”或者广东省教育考试院官微下载打印《中央司法警官学院2023年招生政治考察表》（以下简称《考察表》），填好应由本人填写的信息、粘贴照片后，携带《考察表》和本人身份证、准考证、户口本到户口所在地公安派出所完成政治考察。请政治考察合格的考生保管好《考察表》，参加面试、体检和体能测评报到时交给现场工作人员。</w:t>
      </w:r>
    </w:p>
    <w:p>
      <w:r>
        <w:t>（二）面试</w:t>
      </w:r>
    </w:p>
    <w:p>
      <w:r>
        <w:t>面试主要从报考动机、言语表达等方面进行考核，辨识考生是否适合从事人民警察工作。</w:t>
      </w:r>
    </w:p>
    <w:p>
      <w:r>
        <w:t>（三）体检</w:t>
      </w:r>
    </w:p>
    <w:p>
      <w:r>
        <w:t>考生身体必须符合《中央司法警官学院2023年本科招生章程》规定的身体条件（详情请登录中央司法警官学院官网招生网页查阅）。</w:t>
      </w:r>
    </w:p>
    <w:p>
      <w:r>
        <w:t>（四）体能测试</w:t>
      </w:r>
    </w:p>
    <w:p>
      <w:r>
        <w:t>1.男子项目（共三项）。</w:t>
      </w:r>
    </w:p>
    <w:p>
      <w:r>
        <w:t>（1）立定跳远：2.3米为合格线，可测3次；</w:t>
      </w:r>
    </w:p>
    <w:p>
      <w:r>
        <w:t>（2）俯卧撑：10秒内完成6次为合格；</w:t>
      </w:r>
    </w:p>
    <w:p>
      <w:r>
        <w:t>（3）50米短跑：7秒1为合格线。</w:t>
      </w:r>
    </w:p>
    <w:p>
      <w:r>
        <w:t>2.女子项目（共三项）。</w:t>
      </w:r>
    </w:p>
    <w:p>
      <w:r>
        <w:t>（1）立定跳远：1.6米为合格线，可测3次；</w:t>
      </w:r>
    </w:p>
    <w:p>
      <w:r>
        <w:t>（2）仰卧起坐：10秒内完成5次为合格；</w:t>
      </w:r>
    </w:p>
    <w:p>
      <w:r>
        <w:t>（3）50米短跑：8秒6为合格线。</w:t>
      </w:r>
    </w:p>
    <w:p>
      <w:r>
        <w:t>以上三项测试，其中两项达标即为体能测试合格。</w:t>
      </w:r>
    </w:p>
    <w:p>
      <w:r>
        <w:t>三、其他事项</w:t>
      </w:r>
    </w:p>
    <w:p>
      <w:r>
        <w:t>（一）考生参加体能测试时建议穿运动服、运动鞋，自备饮水食品，并在身体状况许可的情况下参加体能测试；考生需对自身的身体状况负责，现场签订《体能测试安全承诺书》，如因自身身体健康原因，导致体能测试中出现受伤、致病、死亡等一切后果，由考生本人承担。</w:t>
      </w:r>
    </w:p>
    <w:p>
      <w:r>
        <w:t>（二）考生须服从现场工作人员管理，全程不得使用手机或其他通讯设备，对不服从现场工作人员管理、扰乱测试秩序或携带违禁品进入考场的，一经发现取消报考资格。</w:t>
      </w:r>
    </w:p>
    <w:p>
      <w:r>
        <w:t>（三）体检、面试和体能测试结果以现场结论为准，体检、面试和体能测试全程录像。考生对面试、体检和体能测试过程有异议的，可现场提出复核或申诉，现场复核或申诉核查的结果即为最终结论。</w:t>
      </w:r>
    </w:p>
    <w:p>
      <w:r>
        <w:t>（四）招生计划、专业、对象和条件等其他相关信息请登录中央司法警官学院官网查阅《中央司法警官学院2023年本科招生章程》。</w:t>
      </w:r>
    </w:p>
    <w:p>
      <w:r>
        <w:t>（五）参加面试、体检和体能测评的考生务必带齐以下资料：</w:t>
      </w:r>
    </w:p>
    <w:p>
      <w:r>
        <w:t>1.中央司法警官学院2023年招生政治考察表（提供原件）；</w:t>
      </w:r>
    </w:p>
    <w:p>
      <w:r>
        <w:t>2.考生个人身份证（无身份证的携带户口本）、准考证、高考成绩单（以上均需提供原件和2份复印件）；</w:t>
      </w:r>
    </w:p>
    <w:p>
      <w:r>
        <w:t>3.考生本人患病经历承诺表(见附件，请自行下载）；</w:t>
      </w:r>
    </w:p>
    <w:p>
      <w:r>
        <w:t>4.近期免冠小一寸照片2张。</w:t>
      </w:r>
    </w:p>
    <w:p>
      <w:r>
        <w:t>有关招生信息以广东省教育考试院和广东司法警官职业学院发布的为准，相关事宜也将陆续在广东省教育考试院和广东司法警官职业学院发布，请广大考生及时关注留意。</w:t>
      </w:r>
    </w:p>
    <w:p>
      <w:r>
        <w:t>招生工作咨询电话：020-87083551、87083361</w:t>
      </w:r>
    </w:p>
    <w:p>
      <w:r>
        <w:t>附件1：中央司法警官学院2023年招生政治考察表</w:t>
      </w:r>
    </w:p>
    <w:p>
      <w:r>
        <w:t>附件2：考生本人患病经历承诺表</w:t>
      </w:r>
    </w:p>
    <w:p>
      <w:pPr>
        <w:pStyle w:val="Heading1"/>
      </w:pPr>
      <w:r>
        <w:t>附件及下载链接</w:t>
      </w:r>
    </w:p>
    <w:p>
      <w:hyperlink r:id="rId12">
        <w:r>
          <w:rPr>
            <w:color w:val="18548A"/>
          </w:rPr>
          <w:t>中央司法警官学院2023年招生政治考察表</w:t>
        </w:r>
      </w:hyperlink>
    </w:p>
    <w:p>
      <w:r>
        <w:rPr>
          <w:sz w:val="16"/>
        </w:rPr>
        <w:t>https://eea.gd.gov.cn/attachment/0/523/523683/4203326.docx</w:t>
      </w:r>
    </w:p>
    <w:p>
      <w:hyperlink r:id="rId13">
        <w:r>
          <w:rPr>
            <w:color w:val="18548A"/>
          </w:rPr>
          <w:t>考生本人患病经历承诺表</w:t>
        </w:r>
      </w:hyperlink>
    </w:p>
    <w:p>
      <w:r>
        <w:rPr>
          <w:sz w:val="16"/>
        </w:rPr>
        <w:t>https://eea.gd.gov.cn/attachment/0/523/523682/4203326.docx</w:t>
      </w:r>
    </w:p>
    <w:p>
      <w:pPr>
        <w:pStyle w:val="Heading1"/>
      </w:pPr>
      <w:r>
        <w:t>正文相关链接</w:t>
      </w:r>
    </w:p>
    <w:p>
      <w:hyperlink r:id="rId14">
        <w:r>
          <w:rPr>
            <w:color w:val="18548A"/>
          </w:rPr>
          <w:t>中央司法警官学院2023年招生政治考察表</w:t>
        </w:r>
      </w:hyperlink>
    </w:p>
    <w:p>
      <w:r>
        <w:t>https://eea.gd.gov.cn/attachment/0/523/523683/4203440.docx</w:t>
      </w:r>
    </w:p>
    <w:p>
      <w:hyperlink r:id="rId15">
        <w:r>
          <w:rPr>
            <w:color w:val="18548A"/>
          </w:rPr>
          <w:t>考生本人患病经历承诺表</w:t>
        </w:r>
      </w:hyperlink>
    </w:p>
    <w:p>
      <w:r>
        <w:t>https://eea.gd.gov.cn/attachment/0/523/523682/4203440.docx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03326.html" TargetMode="External"/><Relationship Id="rId11" Type="http://schemas.openxmlformats.org/officeDocument/2006/relationships/hyperlink" Target="https://eea.gd.gov.cn/tzgg/content/post_4203440.html" TargetMode="External"/><Relationship Id="rId12" Type="http://schemas.openxmlformats.org/officeDocument/2006/relationships/hyperlink" Target="https://eea.gd.gov.cn/attachment/0/523/523683/4203326.docx" TargetMode="External"/><Relationship Id="rId13" Type="http://schemas.openxmlformats.org/officeDocument/2006/relationships/hyperlink" Target="https://eea.gd.gov.cn/attachment/0/523/523682/4203326.docx" TargetMode="External"/><Relationship Id="rId14" Type="http://schemas.openxmlformats.org/officeDocument/2006/relationships/hyperlink" Target="https://eea.gd.gov.cn/attachment/0/523/523683/4203440.docx" TargetMode="External"/><Relationship Id="rId15" Type="http://schemas.openxmlformats.org/officeDocument/2006/relationships/hyperlink" Target="https://eea.gd.gov.cn/attachment/0/523/523682/420344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