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2024年普通高考报名百问百答</w:t>
      </w:r>
    </w:p>
    <w:p>
      <w:r>
        <w:rPr>
          <w:sz w:val="18"/>
        </w:rPr>
        <w:t>整理归属  广东省教育考试院</w:t>
      </w:r>
    </w:p>
    <w:p>
      <w:r>
        <w:rPr>
          <w:sz w:val="18"/>
        </w:rPr>
        <w:t>发布日期  2023-11-10</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https://eea.gd.gov.cn/zcjd/content/post_4282478.html</w:t>
        </w:r>
      </w:hyperlink>
    </w:p>
    <w:p>
      <w:r>
        <w:t>原文含视频。Word和PDF保留静态正文及视频观看链接，未把视频转录成文字。</w:t>
      </w:r>
    </w:p>
    <w:p/>
    <w:p>
      <w:r>
        <w:t>一、报名时间</w:t>
      </w:r>
    </w:p>
    <w:p>
      <w:r>
        <w:t>广东2024年普通高考报名什么时候进行？</w:t>
      </w:r>
    </w:p>
    <w:p>
      <w:r>
        <w:t>答：2024年我省普通高校招生统一考试报名时间为：2023年11月1日至10日。考生报名包含系统注册、网上报名和确认报名共3个步骤，其中系统注册和网上报名的时间为：11月1日至10日，确认报名时间:11月6日至10日。</w:t>
      </w:r>
    </w:p>
    <w:p>
      <w:r>
        <w:t>错过11月的高考报名时间，还能补报名吗？</w:t>
      </w:r>
    </w:p>
    <w:p>
      <w:r>
        <w:t>答：一般情况下，我省将于次年2月份安排一次高考补报名。鉴于补报名时我省体育、艺术类专业考试省统考、普通高等学校招收中等职业学校毕业生统一考试（即“3+证书”考试）和普通高中学业水平合格性考试（即依学考成绩录取）已经结束，拟报考上述招生考试类型的考生不列入补报名范围。详情请密切关注广东省教育考试院官微、官网发布的相关通知。</w:t>
      </w:r>
    </w:p>
    <w:p>
      <w:r>
        <w:t>二、报名对象</w:t>
      </w:r>
    </w:p>
    <w:p>
      <w:r>
        <w:t>哪些人员需要报名普通高考？</w:t>
      </w:r>
    </w:p>
    <w:p>
      <w:r>
        <w:t>答：拟参加2024年普通高校招生录取（含春季高考和夏季高考）的以下类型考生须按上述时间报名：</w:t>
      </w:r>
    </w:p>
    <w:p>
      <w:r>
        <w:t>1.普通高等学校招生统一考试（高考）考生；</w:t>
      </w:r>
    </w:p>
    <w:p>
      <w:r>
        <w:t>2.普通高等学校招收中等职业学校毕业生统一考试（简称“3+证书”考试）考生（含报考高职院校的退役士兵、西藏新疆内职班应届毕业生）；</w:t>
      </w:r>
    </w:p>
    <w:p>
      <w:r>
        <w:t>3.高职院校依据普通高中学业水平成绩录取（简称依学考成绩录取）考生；</w:t>
      </w:r>
    </w:p>
    <w:p>
      <w:r>
        <w:t>4.高等学校单独组织考试（含免试）及单独录取的保送生、运动训练、武术与民族传统体育专业、高水平运动队（单招）、职教师资、残障（单招）、消防救援（单招）等类型考生；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6.高职院校五年一贯制录取并于2024年进入高职阶段学习（简称五年一贯制）学生。</w:t>
      </w:r>
    </w:p>
    <w:p>
      <w:r>
        <w:t>哪些人员不能在广东报名普通高考？</w:t>
      </w:r>
    </w:p>
    <w:p>
      <w:r>
        <w:t>答：下列人员不得在我省报名普通高考：</w:t>
      </w:r>
    </w:p>
    <w:p>
      <w:r>
        <w:t>1.具有普通高等学历教育资格的高校在校生，或已被普通高校录取并保留入学资格的学生。</w:t>
      </w:r>
    </w:p>
    <w:p>
      <w:r>
        <w:t>2.高中阶段学校非应届毕业的在校生。</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4.因违反国家教育考试规定，被给予暂停参加高校招生考试处理且在停考期内的人员。</w:t>
      </w:r>
    </w:p>
    <w:p>
      <w:r>
        <w:t>5.因触犯刑律已被有关部门采取强制措施或正在服刑者。</w:t>
      </w:r>
    </w:p>
    <w:p>
      <w:r>
        <w:t>6.不符合我省普通高考报名条件的其他人员。</w:t>
      </w:r>
    </w:p>
    <w:p>
      <w:r>
        <w:t>三、报考地点</w:t>
      </w:r>
    </w:p>
    <w:p>
      <w:r>
        <w:t>应届毕业生应到哪里报考？</w:t>
      </w:r>
    </w:p>
    <w:p>
      <w:r>
        <w:t>答：广东省户籍的应届毕业考生原则上在学籍所在地（市）报考，也可以在户籍所在地（市）报考，不得在其他地市借考。</w:t>
      </w:r>
    </w:p>
    <w:p>
      <w:r>
        <w:t>随迁子女应届毕业考生原则上在学籍所在地（市）报考，也可以在父母居住证所在地（市）报考，不得在其他地市借考。</w:t>
      </w:r>
    </w:p>
    <w:p>
      <w:r>
        <w:t>往届毕业生应到哪里报考？</w:t>
      </w:r>
    </w:p>
    <w:p>
      <w:r>
        <w:t>答：广东省户籍的往届毕业考生原则上在户籍所在地（市）报考，能否在原高中（含中职、技校）毕业学校所在地（市）报考，按各地市相关规定执行，不得在其他地市借考。</w:t>
      </w:r>
    </w:p>
    <w:p>
      <w:r>
        <w:t>随迁子女往届毕业考生原则上在原高中（含中职、技校）毕业学校所在地（市）报考，能否在父母居住证所在地（市）报考，按各地市相关规定执行，不得在其他地市借考。</w:t>
      </w:r>
    </w:p>
    <w:p>
      <w:r>
        <w:t>同等学力人员应到哪里报考？</w:t>
      </w:r>
    </w:p>
    <w:p>
      <w:r>
        <w:t>答：统一在户籍所在地（市）报考，不得在其他地市借考。</w:t>
      </w:r>
    </w:p>
    <w:p>
      <w:r>
        <w:t>四、报名材料</w:t>
      </w:r>
    </w:p>
    <w:p>
      <w:r>
        <w:t>高考考生与父母／监护人不在同一个户口本，而且找不到出生证明了，要怎么上传材料？</w:t>
      </w:r>
    </w:p>
    <w:p>
      <w:r>
        <w:t>答：考生父母提供《出生医学证明》或其他亲子关系证明材料的，予以认定。</w:t>
      </w:r>
    </w:p>
    <w:p>
      <w:r>
        <w:t>户籍从外省迁入我省的考生报名需哪些材料，如何办理？</w:t>
      </w:r>
    </w:p>
    <w:p>
      <w:r>
        <w:t>答：户籍从外省迁入我省的考生（即持广东省户籍，但身份证号码的前两位非44），高考报名前，应届毕业生须提前办理《广东省2024年普通高考报名应届毕业生学籍户籍审核表》（简称《学籍户籍审核表》）；往届毕业生须提前办理《广东省2024年普通高考报名往届毕业生报名资格审核表》（简称《报名资格审核表》）。《学籍户籍审核表》和《报名资格审核表》经县（市、区）招生考试机构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w:t>
      </w:r>
    </w:p>
    <w:p>
      <w:r>
        <w:t>考生《学籍户籍审核表》和《报名资格审核表》办理流程如下：</w:t>
      </w:r>
    </w:p>
    <w:p>
      <w:r>
        <w:t>考生注册成功后，在网上填写并打印《学籍户籍审核表》或《报名资格审核表》后，应届毕业生连同身份证、户口簿等材料提交所在中学集体办理《学籍户籍审核表》；往届生携带身份证、户口簿、高中阶段学校毕业证到户籍所在县（市、区）招生办办理《报名资格审核表》。</w:t>
      </w:r>
    </w:p>
    <w:p>
      <w:r>
        <w:t>随迁子女考生报名材料如何办理？</w:t>
      </w:r>
    </w:p>
    <w:p>
      <w:r>
        <w:t>答：随迁子女考生在高考报名前应提前办理《广东省进城务工人员随迁子女高考报名资格审核表》（简称《随迁子女资格审核表》）。办理流程如下：</w:t>
      </w:r>
    </w:p>
    <w:p>
      <w:r>
        <w:t>考生提交材料。考生填写《随迁子女资格审核表》，并提交本人身份证、户口簿、父母居住证、父母社保（含养老保险和医疗保险）缴费证明等材料给所在中学进行资格初核。</w:t>
      </w:r>
    </w:p>
    <w:p>
      <w:r>
        <w:t>考生录入信息。审核通过的随迁子女考生应在网上预报名后，通过高考报名系统输入《随迁子女资格审核表》相关信息。并在报名确认时，连同身份证、户口簿等报名材料到报名点办理报名确认手续。</w:t>
      </w:r>
    </w:p>
    <w:p>
      <w:r>
        <w:t>残疾人考生合理便利如何申请？</w:t>
      </w:r>
    </w:p>
    <w:p>
      <w:r>
        <w:t>答：根据有关规定，符合条件的残疾人考生可以申请在普通高考中佩戴助听器、使用光学放大镜、使用大字号试卷、延长考试时间、免除英语听说考试等合理便利。办理流程如下：</w:t>
      </w:r>
    </w:p>
    <w:p>
      <w:r>
        <w:t>考生申请。残疾人考生凭本人身份证、二代残疾人证，填写《残疾人报考广东省2024年普通高考合理便利申请表》在高考报名时向报名点提出正式的申请，并按当地安排，由专家组进行现场确认和评估。无残疾人证考生不能申请合理便利。肢体残疾申请延长考试时间的考生，应在申请表中说明考生肢体残疾的具体情况，是否影响书写，必要时可附医院诊断报告。</w:t>
      </w:r>
    </w:p>
    <w:p>
      <w:r>
        <w:t>省教育考试院将联合省残联、医疗专家进行复核，最终审核结果由省教育考试院发文通知。</w:t>
      </w:r>
    </w:p>
    <w:p>
      <w:r>
        <w:t>体育艺术类（含体育类、音乐类、舞蹈类、表（导）演类、播音与主持类、美术与设计类、书法类、戏曲类，下同）考生报名有什么注意事项？</w:t>
      </w:r>
    </w:p>
    <w:p>
      <w:r>
        <w:t>答：体育艺术类文化课考试科目和普通类文化课考试科目一致。其中，首选科目物理或历史均可。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艺术类考生只能选择其中一种，不得兼报。其中，报考音乐类的考生可以兼报音乐表演（声乐）方向、音乐表演（器乐）方向和音乐教育方向；报考表（导）演类的考生，可以兼报戏剧影视表演方向、服装表演方向和戏剧影视导演方向；报考播音与主持类的考生，可以兼报普通话方向和粤语方向。校考由招生院校组织，参加校考的考生必须报名参加相应艺术类专业的省统考。戏曲类实行省际联考。</w:t>
      </w:r>
    </w:p>
    <w:p>
      <w:r>
        <w:t>体育类专业考试自2024年起在原有的足球、篮球、排球、乒乓球、游泳等项目基础上增设健美操、啦啦操项目，7个项目不可兼报。</w:t>
      </w:r>
    </w:p>
    <w:p>
      <w:r>
        <w:t>体育、艺术类考生报名时，需认真了解体育、艺术类专业考试招生的相关政策，具体内容详见《关于印发广东省2024年普通高等学校体育类专业招生报名及考试办法的通知》《关于印发广东省2024年普通高等学校艺术类专业考试招生办法的通知》。</w:t>
      </w:r>
    </w:p>
    <w:p>
      <w:r>
        <w:t>内地西藏、新疆高中班考生、中职班应届毕业生报名需要什么材料？</w:t>
      </w:r>
    </w:p>
    <w:p>
      <w:r>
        <w:t>答：身份证、户口簿，凭学籍数据名单报考。</w:t>
      </w:r>
    </w:p>
    <w:p>
      <w:r>
        <w:t>高校少年班、数学英才班、清华大学数学领军计划、清华大学物理攀登计划、北京大学物理学科卓越人才培养计划报名需要什么材料？</w:t>
      </w:r>
    </w:p>
    <w:p>
      <w:r>
        <w:t>答：身份证、户口簿，凭省教育考试院提供的资格考生名单报考。</w:t>
      </w:r>
    </w:p>
    <w:p>
      <w:r>
        <w:t>五、报名流程</w:t>
      </w:r>
    </w:p>
    <w:p>
      <w:r>
        <w:t>考生报名的基本流程是怎样的？</w:t>
      </w:r>
    </w:p>
    <w:p>
      <w:r>
        <w:t>答：我省2024年普通高考报名基本流程分为四个部分：考生注册→报名资格初核→网上报名→确认报名。（详见附件流程图）</w:t>
      </w:r>
    </w:p>
    <w:p>
      <w:pPr>
        <w:keepNext/>
      </w:pPr>
      <w:r>
        <w:t>原图分页 1/2</w:t>
      </w:r>
    </w:p>
    <w:p>
      <w:r>
        <w:drawing>
          <wp:inline xmlns:a="http://schemas.openxmlformats.org/drawingml/2006/main" xmlns:pic="http://schemas.openxmlformats.org/drawingml/2006/picture">
            <wp:extent cx="6400800" cy="3806171"/>
            <wp:docPr id="1" name="Picture 1"/>
            <wp:cNvGraphicFramePr>
              <a:graphicFrameLocks noChangeAspect="1"/>
            </wp:cNvGraphicFramePr>
            <a:graphic>
              <a:graphicData uri="http://schemas.openxmlformats.org/drawingml/2006/picture">
                <pic:pic>
                  <pic:nvPicPr>
                    <pic:cNvPr id="0" name="e8cfc4756587a36b347c122f4fed2f23860228e3-000.png"/>
                    <pic:cNvPicPr/>
                  </pic:nvPicPr>
                  <pic:blipFill>
                    <a:blip r:embed="rId11"/>
                    <a:stretch>
                      <a:fillRect/>
                    </a:stretch>
                  </pic:blipFill>
                  <pic:spPr>
                    <a:xfrm>
                      <a:off x="0" y="0"/>
                      <a:ext cx="6400800" cy="380617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67816"/>
            <wp:docPr id="2" name="Picture 2"/>
            <wp:cNvGraphicFramePr>
              <a:graphicFrameLocks noChangeAspect="1"/>
            </wp:cNvGraphicFramePr>
            <a:graphic>
              <a:graphicData uri="http://schemas.openxmlformats.org/drawingml/2006/picture">
                <pic:pic>
                  <pic:nvPicPr>
                    <pic:cNvPr id="0" name="e8cfc4756587a36b347c122f4fed2f23860228e3-001.png"/>
                    <pic:cNvPicPr/>
                  </pic:nvPicPr>
                  <pic:blipFill>
                    <a:blip r:embed="rId12"/>
                    <a:stretch>
                      <a:fillRect/>
                    </a:stretch>
                  </pic:blipFill>
                  <pic:spPr>
                    <a:xfrm>
                      <a:off x="0" y="0"/>
                      <a:ext cx="6400800" cy="5167816"/>
                    </a:xfrm>
                    <a:prstGeom prst="rect"/>
                  </pic:spPr>
                </pic:pic>
              </a:graphicData>
            </a:graphic>
          </wp:inline>
        </w:drawing>
      </w:r>
    </w:p>
    <w:p>
      <w:r>
        <w:t>系统注册时，考生无法获取验证码该如何处理？</w:t>
      </w:r>
    </w:p>
    <w:p>
      <w:r>
        <w:t>答：（1）个人用户无法收到短信验证码常见原因：</w:t>
      </w:r>
    </w:p>
    <w:p>
      <w:r>
        <w:t>①个人手机因为欠费停机、关机或所在地方因运营商信号问题，显示不在服务区。</w:t>
      </w:r>
    </w:p>
    <w:p>
      <w:r>
        <w:t>②手机本身设置了拦截未知信息或手机安全软件进行拦截原因，需进行手机软件设置恢复。</w:t>
      </w:r>
    </w:p>
    <w:p>
      <w:r>
        <w:t>③个人用户在回复TD退订、“0000退订”端口信息，个人用户将无法收到该端口号信息。如下恢复接收端口短信，需进行短信黑名单解除。</w:t>
      </w:r>
    </w:p>
    <w:p>
      <w:r>
        <w:t>④该用户曾携号转网。</w:t>
      </w:r>
    </w:p>
    <w:p>
      <w:r>
        <w:t>（2）个人手机用户短信黑名单解除指引：</w:t>
      </w:r>
    </w:p>
    <w:p>
      <w:r>
        <w:t>个人用户根据号码所归属的运营商，可致电运营商客服咨询帮助，或通过指令进行解除。如移动号码，可回复5个1到“10692315”进行解除，联通号码可回复4个1到“10692315”进行解除。电信号码可致电400 818 7080协助解除。以上解除方法仅针对广东省教育考试院端口下发的短信。</w:t>
      </w:r>
    </w:p>
    <w:p>
      <w:r>
        <w:t>考生如何进行网上报名？</w:t>
      </w:r>
    </w:p>
    <w:p>
      <w:r>
        <w:t>答：考生凭个人证件号码或注册时填报的手机号码和注册时设置的密码登录广东省普通高考报名系统进行网上报名。网上报名时，考生须认真阅读报考须知，签订《考生诚信考试承诺书》，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交纳报考费。上传的报名材料支持JPG/PNG/PDF文件格式，大小不超过2M，其中身份证要求上传正反两面、户口簿要求上传首页、户主页、父/母亲或监护人页、考生本人页，考生可提前准备好电子文档，方便报名时上传。</w:t>
      </w:r>
    </w:p>
    <w:p>
      <w:r>
        <w:t>报名前应做好哪些准备？</w:t>
      </w:r>
    </w:p>
    <w:p>
      <w:r>
        <w:t>答：核查户籍身份信息真实准确性。所有考生在高考报名前应与父母或家人核查本人户籍是否存在双重户籍和虚假户籍，确保以唯一真实有效户籍身份信息进行高考报名，以免在高考报名或录取后因双重户籍或虚假户籍等原因被取消高考报名和录取资格。</w:t>
      </w:r>
    </w:p>
    <w:p>
      <w:r>
        <w:t>考生注册。考生应先进入广东省普通高考报名系统（网址为：https://pg.eeagd.edu.cn/ks），凭姓名、证件号注册考生账号，设置密码，并绑定手机号。</w:t>
      </w:r>
    </w:p>
    <w:p>
      <w:r>
        <w:t>报名资格初核。报名前，考生应事先准备符合我省报考资格的相关证明材料（含身份证、户口簿、学籍学历等材料），在所在中学或到县（市、区）招生办公室进行报名资格初核。应届毕业生可由所在学校事先核准考生报考条件和材料，到报名点集体办理报考手续。往届毕业生、社会人员须持报名材料到市县招生考试机构指定的社会报名点办理报考手续。经初核符合我省高考报名条件的考生，由报名点派发考生号。考生须提供真实的报名材料（含加分和优先录取资格材料），如发现有弄虚作假情况的，将纳入诚信体系严肃处理。</w:t>
      </w:r>
    </w:p>
    <w:p>
      <w:r>
        <w:t>报名点审核报考资格时，一定要考生本人到现场确认吗？</w:t>
      </w:r>
    </w:p>
    <w:p>
      <w:r>
        <w:t>答：按照我省普通高考报名规定，网上报名完成后，考生还须在规定时间内持二代（或三代）身份证、户口簿、学籍学历等证明材料到市县招生办公室指定的报名点办理确认报名手续。确认报名手续包括确认报名资格、校对和核准报考信息等。</w:t>
      </w:r>
    </w:p>
    <w:p>
      <w:r>
        <w:t>考生如何进行现场确认？</w:t>
      </w:r>
    </w:p>
    <w:p>
      <w:r>
        <w:t>答：网上报名完成后，考生须在规定时间内持二代（或三代）身份证、户口簿、学籍学历等证明材料到市县招生办公室指定的报名点办理确认报名手续。确认报名手续包括确认报名资格、校对和核准报考信息等。具体办法按《广东省2024年普通高校招生统一考试报名实施细则》进行。</w:t>
      </w:r>
    </w:p>
    <w:p>
      <w:r>
        <w:t>高考报名时已派发考生号，但系统上提交的资料还未审核，是否可以确认报名？</w:t>
      </w:r>
    </w:p>
    <w:p>
      <w:r>
        <w:t>答：高考报名派号后，才能提交附件进行资料审核，资料审核通过后才正式确认报名。</w:t>
      </w:r>
    </w:p>
    <w:p>
      <w:r>
        <w:t>高考报名时还能修改选考科目吗？</w:t>
      </w:r>
    </w:p>
    <w:p>
      <w:r>
        <w:t>答：可以。考生网上报名时需录入个人基本信息，含普通高中学业水平考试选择考科目报考信息。报名结束后，不可更改选考科目。</w:t>
      </w:r>
    </w:p>
    <w:p>
      <w:r>
        <w:t>高考报名后发现报考信息填错要怎么修改？</w:t>
      </w:r>
    </w:p>
    <w:p>
      <w:r>
        <w:t>答：按照我省普通高考考生报名信息数据更改程序申请办理，具体请联系当地市县招生办。报考信息非常重要，信息错误将造成严重后果，报名时请务必认真核对报考信息。</w:t>
      </w:r>
    </w:p>
    <w:p>
      <w:r>
        <w:t>报名时绑定的手机号，若后期需变动，应如何办理？</w:t>
      </w:r>
    </w:p>
    <w:p>
      <w:r>
        <w:t>答：考生可凭账号和密码登录报名系统，修改绑定手机号码。</w:t>
      </w:r>
    </w:p>
    <w:p>
      <w:r>
        <w:t>高考报名时忘记网上交费或确认怎么办？</w:t>
      </w:r>
    </w:p>
    <w:p>
      <w:r>
        <w:t>答：考生必须按规定交纳考试费及在规定的期限内办理报名资格确认手续，否则将影响考生正常报考。</w:t>
      </w:r>
    </w:p>
    <w:p>
      <w:r>
        <w:t>高考报名时重复交费怎么办？</w:t>
      </w:r>
    </w:p>
    <w:p>
      <w:r>
        <w:t>答：高考重复交费部分，我院将在高考报名后提交省财政厅办理退费，考生可登录广东公共服务支付平台（https://ggzf.czt.gd.gov.cn/onlinePay/）实时查询具体退费进度。</w:t>
      </w:r>
    </w:p>
    <w:p>
      <w:r>
        <w:t>报名时考生相片上传不成功怎么办？</w:t>
      </w:r>
    </w:p>
    <w:p>
      <w:r>
        <w:t>答：相片采集不成功的考生，可在确认报名现场补摄像。高考报名相片是考生被高校录取后，入学报到、电子注册、学籍管理、学历证书办理等的重要依据，考生必须按规定通过报名系统进行相片采集，并确认相片清晰。</w:t>
      </w:r>
    </w:p>
    <w:p>
      <w:r>
        <w:t>高考报名相片采集已成功，但是考生对相片不满意，可以重新采集吗？</w:t>
      </w:r>
    </w:p>
    <w:p>
      <w:r>
        <w:t>答：不得更换报名时已采集的照片。若考生有特殊情况，请联系当地市招生办，由地市招办核实相关情况。</w:t>
      </w:r>
    </w:p>
    <w:p>
      <w:r>
        <w:t>报名系统怎么确认已报名成功？</w:t>
      </w:r>
    </w:p>
    <w:p>
      <w:r>
        <w:t>答：考生完成摄像、派号、填写资料、选科、交费、上传资料等全部流程，提交审核并通过后，在报名信息主页的考生状态显示为“正式报名”，即为确认报名成功。</w:t>
      </w:r>
    </w:p>
    <w:p>
      <w:r>
        <w:t>高考报名后，更改姓名是否有影响？</w:t>
      </w:r>
    </w:p>
    <w:p>
      <w:r>
        <w:t>答：高考报名后，不建议再更改姓名。高考报名系统所填姓名信息是高考录取、高校入学报到、高校学籍电子注册的主要依据，如更改，可能带来一系列的问题。如确实需要更改姓名，建议在高考报名前或高校入学报到注册后进行。</w:t>
      </w:r>
    </w:p>
    <w:p>
      <w:r>
        <w:t>考生因为虚假户口办了新的身份证号且修改了姓名，但其他报名材料上是旧的身份证号和姓名，会对后续录取有影响吗？</w:t>
      </w:r>
    </w:p>
    <w:p>
      <w:r>
        <w:t>答：报名时，考生须提供真实的报名材料，普通高考考生须对报名材料信息的真实性负责。使用虚假户籍报考，按规定将取消报考、录取和入学资格，考生报名前应与家人核实是否存在双重户籍或虚假户籍情况。如报名后因双重户籍或虚假户籍等原因更改了身份证号或户籍信息等，应及时向高考报名点提出身份证号或户籍更正申请及相关证明材料，否则因身份户籍信息更改而导致不能注册入学、无法取得毕业证书等后果由考生本人负责。</w:t>
      </w:r>
    </w:p>
    <w:p>
      <w:r>
        <w:t>六、考生类型</w:t>
      </w:r>
    </w:p>
    <w:p>
      <w:r>
        <w:t>考生属性如何区分？</w:t>
      </w:r>
    </w:p>
    <w:p>
      <w:r>
        <w:t>答：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名考生只能有一个高考考生号。</w:t>
      </w:r>
    </w:p>
    <w:p>
      <w:r>
        <w:t>各类型的考生应该考哪些科目？</w:t>
      </w:r>
    </w:p>
    <w:p>
      <w:r>
        <w:t>答：考生属性与考试科目之间的关系说明详见下表：</w:t>
      </w:r>
    </w:p>
    <w:p>
      <w:r>
        <w:drawing>
          <wp:inline xmlns:a="http://schemas.openxmlformats.org/drawingml/2006/main" xmlns:pic="http://schemas.openxmlformats.org/drawingml/2006/picture">
            <wp:extent cx="6400800" cy="7123034"/>
            <wp:docPr id="3" name="Picture 3"/>
            <wp:cNvGraphicFramePr>
              <a:graphicFrameLocks noChangeAspect="1"/>
            </wp:cNvGraphicFramePr>
            <a:graphic>
              <a:graphicData uri="http://schemas.openxmlformats.org/drawingml/2006/picture">
                <pic:pic>
                  <pic:nvPicPr>
                    <pic:cNvPr id="0" name="09e21d9e55744fb566713eae.png"/>
                    <pic:cNvPicPr/>
                  </pic:nvPicPr>
                  <pic:blipFill>
                    <a:blip r:embed="rId13"/>
                    <a:stretch>
                      <a:fillRect/>
                    </a:stretch>
                  </pic:blipFill>
                  <pic:spPr>
                    <a:xfrm>
                      <a:off x="0" y="0"/>
                      <a:ext cx="6400800" cy="7123034"/>
                    </a:xfrm>
                    <a:prstGeom prst="rect"/>
                  </pic:spPr>
                </pic:pic>
              </a:graphicData>
            </a:graphic>
          </wp:inline>
        </w:drawing>
      </w:r>
    </w:p>
    <w:p>
      <w:r>
        <w:t>七、户籍从外省迁入广东考生报考</w:t>
      </w:r>
    </w:p>
    <w:p>
      <w:r>
        <w:t>户籍从外省迁入我省的考生（身份证号码前两位非44），须符合什么条件，方可在我省报名参加普通高考？</w:t>
      </w:r>
    </w:p>
    <w:p>
      <w:r>
        <w:t>答：遵守中华人民共和国宪法和法律，高中阶段学校毕业或具有同等学力，身体状况符合相关要求，并符合下列条件：</w:t>
      </w:r>
    </w:p>
    <w:p>
      <w:r>
        <w:t>（一）应届毕业生</w:t>
      </w:r>
    </w:p>
    <w:p>
      <w:r>
        <w:t>1、具有我省高中阶段学校连续3年学籍（时间计算到高考当年8月31日，下同）并实际就读，且高考报名截止（2023年11月10日）前具有我省户籍的。</w:t>
      </w:r>
    </w:p>
    <w:p>
      <w:r>
        <w:t>2、考生父母（含父母一方或法定监护人）为广东户籍，考生取得我省户籍满1年、学籍满1年不足3年并实际就读的。即考生于高三年级开学前（时间统一截至2023年8月31日）已将户籍迁入我省，且高三年级开学前已具有我省高中阶段学校学籍并连续实际就读。</w:t>
      </w:r>
    </w:p>
    <w:p>
      <w:r>
        <w:t>3、考生父母（或法定监护人）均非广东户籍，但考生取得我省户籍满2年、学籍满2年不足3年并实际就读的。即考生于高二年级开学前（时间统一截至2022年8月31日）已将户籍迁入我省，且高二年级开学前考生已具有我省高中阶段学校学籍并连续实际就读。</w:t>
      </w:r>
    </w:p>
    <w:p>
      <w:r>
        <w:t>（二）往届毕业生</w:t>
      </w:r>
    </w:p>
    <w:p>
      <w:r>
        <w:t>1、持我省高中阶段学校毕业证书的。</w:t>
      </w:r>
    </w:p>
    <w:p>
      <w:r>
        <w:t>2、持外省高中阶段学校毕业证书，户籍迁入我省满18个月（时间计算到高考当年8月31日），且高考报名时高中阶段学校毕业满1年的。</w:t>
      </w:r>
    </w:p>
    <w:p>
      <w:r>
        <w:t>（三）同等学力人员</w:t>
      </w:r>
    </w:p>
    <w:p>
      <w:r>
        <w:t>1、户籍迁入我省满3年（时间计算到高考当年8月31日），且在我省参加中考，高考录取时考生须初中毕业（含结业）满3年，并取得我省普通高中同等学力证明的。</w:t>
      </w:r>
    </w:p>
    <w:p>
      <w:r>
        <w:t>2、户籍迁入我省满18个月（时间计算到高考当年8月31日），高考报名时初中学校毕业（含结业）满4年，并取得高中同等学力证明的。</w:t>
      </w:r>
    </w:p>
    <w:p>
      <w:r>
        <w:t>考生户籍在初中阶段从外省迁入广东，考生高中三年都在省外就读，现只有广东的户籍，没有广东的学籍，可以报考吗？</w:t>
      </w:r>
    </w:p>
    <w:p>
      <w:r>
        <w:t>答：具有我省合法户籍的应、往届生毕业生，如户籍迁入时间或学籍（学历）未达到上述我省普通高考报名条件的，可以在我省报名参加普通高考，但只能参加高职院校（专科）批次录取，不能参加本科批次录取。</w:t>
      </w:r>
    </w:p>
    <w:p>
      <w:r>
        <w:t>户籍从外省迁入广东的考生，要报考本科院校，如何证明户籍、学籍符合要求？</w:t>
      </w:r>
    </w:p>
    <w:p>
      <w:r>
        <w:t>答：户籍从外省迁入我省的考生（即持广东省户籍，但身份证号码的前两位非44），高考报名前，应届毕业生须提前办理《广东省2024年普通高考报名应届毕业生学籍户籍审核表》；往届毕业生须提前办理《广东省2024年普通高考报名往届毕业生报名资格审核表》。详见问答9。</w:t>
      </w:r>
    </w:p>
    <w:p>
      <w:r>
        <w:t>八、外省户籍考生报考</w:t>
      </w:r>
    </w:p>
    <w:p>
      <w:r>
        <w:t>外省户籍考生能否在广东省报名参加普通高考？</w:t>
      </w:r>
    </w:p>
    <w:p>
      <w:r>
        <w:t>答：非我省户籍的考生，必须符合随迁子女高考报考条件，方可在我省报名参加普通高考。随迁子女在我省参加高考资格审核的主要依据是《广东省人民政府办公厅转发省教育厅等部门关于做好进城务工人员随迁子女接受义务教育后在我省参加升学考试工作意见的通知》（粤府办〔2012〕137号）、《关于做好进城务工人员随迁子女在广东省参加高考有关工作的通知》（粤教考函〔2017〕41号）。</w:t>
      </w:r>
    </w:p>
    <w:p>
      <w:r>
        <w:t>外省户籍的学生不满足广东省的报考要求，也不满足户籍所在地（流出地）的高考报名条件，该去哪里报考？</w:t>
      </w:r>
    </w:p>
    <w:p>
      <w:r>
        <w:t>答：根据教育部规定，既不符合流入地报考条件，又不符合流出地报考条件的，原则上回流出地报考。</w:t>
      </w:r>
    </w:p>
    <w:p>
      <w:r>
        <w:t>考生学籍在广东，但不符合随迁子女报考政策，户籍所在地高考报名已截止，如何报名高考？</w:t>
      </w:r>
    </w:p>
    <w:p>
      <w:r>
        <w:t>答：不符合我省报考条件的随迁子女考生应密切关注原户籍地（或流出地）的报考通知，及早回原籍报考。确实错过原籍报考时间的考生，应及时向所在中学反映，由所在中学将名单报上级招生考试机构，省教育考试院汇总名单后，将尽力协调考生原籍省份安排补报名。对艺术类、体育类、中职类等特殊类型考生，因考试时间较早，一旦错过当地高考报名将无法安排考试。</w:t>
      </w:r>
    </w:p>
    <w:p>
      <w:r>
        <w:t>九、随迁子女考生资格审核</w:t>
      </w:r>
    </w:p>
    <w:p>
      <w:r>
        <w:t>随迁子女考生居住证满三年，但时间上非连续是否符合报考条件？</w:t>
      </w:r>
    </w:p>
    <w:p>
      <w:r>
        <w:t>答：按照随迁子女报考资格审核有关规定，随迁子女父亲或母亲在随迁子女高一入学前（9月1日前）已办理居住证，且持有的居住证截至高考录取结束时（8月31日）属于有效状态的予以认定。居住证有效性审核工作由公安部门负责。</w:t>
      </w:r>
    </w:p>
    <w:p>
      <w:r>
        <w:t>随迁子女高考报名资格审核表上的各单位盖章，是否可以统一盖章？</w:t>
      </w:r>
    </w:p>
    <w:p>
      <w:r>
        <w:t>答：已建立统一管理审核机制或实现网上数据联审方式的地市，由地市招生考试机构根据相关部门反馈的电子数据比对结果统一加盖公章认定。详情请咨询报考当地市招生办。</w:t>
      </w:r>
    </w:p>
    <w:p>
      <w:r>
        <w:t>随迁子女考生社保只买了医保／养老保险中的一项，是否符合报名条件？</w:t>
      </w:r>
    </w:p>
    <w:p>
      <w:r>
        <w:t>答：不符合。根据进城务工人员随迁子女在广东省参加高考报名资格审核工作指引，明确关于社会保险认定问题，考生父母仅购买了社会基本养老保险及基本医疗保险中的一种，不予认定。进城务工人员的社会保险审核工作具体由当地人力资源和社会保障部门负责。</w:t>
      </w:r>
    </w:p>
    <w:p>
      <w:r>
        <w:t>就读中职学校的随迁子女报名参加广东“3+证书”考试，是否需要提供在广东参加中考的证明？</w:t>
      </w:r>
    </w:p>
    <w:p>
      <w:r>
        <w:t>答：符合随迁子女高考报名政策的中职学校应、往届毕业生，不需要提供在广东参加中考的证明，可以在我省报名参加”3+证书”考试。</w:t>
      </w:r>
    </w:p>
    <w:p>
      <w:r>
        <w:t>考生为随迁子女，父母分别符合随迁子女政策要求的部分条件，能否予以认定？</w:t>
      </w:r>
    </w:p>
    <w:p>
      <w:r>
        <w:t>答：按照随迁子女在我省参加高考报名资格审核工作指引，考生父亲和母亲一方符合居住证的条件，一方符合社保条件的，予以认定。</w:t>
      </w:r>
    </w:p>
    <w:p>
      <w:r>
        <w:t>随迁子女满足居住证和学籍要求，但是没有缴纳广东社保，能否通过社保补缴报名高考？</w:t>
      </w:r>
    </w:p>
    <w:p>
      <w:r>
        <w:t>答：根据进城务工人员随迁子女在广东省参加高考报名资格审核工作指引，拟在我省报名参加高考的随迁子女，考生父亲或母亲在我省参加社会基本养老保险及基本医疗保险，截至高考录取结束时（8月31日）缴费年限累计达3年以上（含3年）的，予以认定。否则，不予认定。社保能否补缴应按社保主管部门的相关规定执行。</w:t>
      </w:r>
    </w:p>
    <w:p>
      <w:r>
        <w:t>考生为随迁子女，是否父母双方都需要办理居住证？居住证是否需要连续3年？</w:t>
      </w:r>
    </w:p>
    <w:p>
      <w:r>
        <w:t>答：随迁子女条件审核时，父亲或母亲一方的居住证符合要求即可。拟在我省报名参加高考的随迁子女，其父亲或母亲在随迁子女高一入学前（9月1日前）已办理居住证，且持有的居住证截至高考当年8月31日属于有效状态的予以认定。</w:t>
      </w:r>
    </w:p>
    <w:p>
      <w:r>
        <w:t>随迁子女外省户籍，父亲的社保之前在广东买了五年，但是后来把社保转出去两年，还能作为三年社保证明吗？</w:t>
      </w:r>
    </w:p>
    <w:p>
      <w:r>
        <w:t>答：根据我省随迁子女报名资格审核工作要求中“考生父亲或母亲在我省参加社会基本养老保险及基本医疗保险，截至高考录取结束时（8月31日）缴费年限累计达3年以上（含3年）的，予以认定。”此种情况，社保条件予以认定。</w:t>
      </w:r>
    </w:p>
    <w:p>
      <w:r>
        <w:t>随迁子女家长在广东有房产证以及在我省有合法的营业执照，但是没有办理居住证和购买社保。能否在广东报名？</w:t>
      </w:r>
    </w:p>
    <w:p>
      <w:r>
        <w:t>答：不予认定。</w:t>
      </w:r>
    </w:p>
    <w:p>
      <w:r>
        <w:t>十、往届毕业生报考</w:t>
      </w:r>
    </w:p>
    <w:p>
      <w:r>
        <w:t>往届毕业生在家自学，没有去复读能否报名高考？</w:t>
      </w:r>
    </w:p>
    <w:p>
      <w:r>
        <w:t>答：可以。符合我省普通高考报名条件的往届毕业生，在家自学、复读均可报名我省普通高考。</w:t>
      </w:r>
    </w:p>
    <w:p>
      <w:r>
        <w:t>已经本科或专科毕业了，还可以报名高考吗？</w:t>
      </w:r>
    </w:p>
    <w:p>
      <w:r>
        <w:t>答：可以。应注意的是，具有普通高等学历教育资格的高校在校生，或已被普通高校录取并保留入学资格的考生不得报考。</w:t>
      </w:r>
    </w:p>
    <w:p>
      <w:r>
        <w:t>往届毕业生报考高考和应届生是一样的吗？填报志愿会受到限制吗？</w:t>
      </w:r>
    </w:p>
    <w:p>
      <w:r>
        <w:t>答：一般情况下，高校在招生时会同等对待往届生和应届生。对一些特殊的院校，如军检院校等，如有相关特殊要求或限制，则会在本校的招生章程中说明，考生在填报志愿时应认真研读拟报院校招生章程。</w:t>
      </w:r>
    </w:p>
    <w:p>
      <w:r>
        <w:t>往届毕业生还需参加高中学业水平合格考吗？</w:t>
      </w:r>
    </w:p>
    <w:p>
      <w:r>
        <w:t>答：符合我省普通高考报名条件的往届毕业生参加春季高考的依学考录取，需要按规定参加我省当年度1月的普通高中学业水平合格性考试语文、数学、英语3门科目考试；若只报名参加夏季高考，不需要再参加普通高中学业水平合格性考试，只需根据自身的选科，参加全国统考科目及普通高中学业水平选择性考试。</w:t>
      </w:r>
    </w:p>
    <w:p>
      <w:r>
        <w:t>如报名综合评价招生类型的考生，可结合自身实际和院校招生简章要求，选择是否参加普通高中学业水平合格性考试。</w:t>
      </w:r>
    </w:p>
    <w:p>
      <w:r>
        <w:t>考生在读非全日制大专（本科）能否报名高考？</w:t>
      </w:r>
    </w:p>
    <w:p>
      <w:r>
        <w:t>答：可以。按照我省现行的高考报名政策，具有普通高等学历教育资格的高校在校生，或者已被普通高校录取并保留入学资格的学生，不得报名参加我省普通高考。成人高考、函授大专不在此列。</w:t>
      </w:r>
    </w:p>
    <w:p>
      <w:r>
        <w:t>往届生还能用之前的高考（学考）考生号吗？</w:t>
      </w:r>
    </w:p>
    <w:p>
      <w:r>
        <w:t>答：往届毕业生报名参加普通高考不能使用旧的考生号，需要重新进行注册、报名。</w:t>
      </w:r>
    </w:p>
    <w:p>
      <w:r>
        <w:t>学考考生号是考生参加高中学业水平合格性考试唯一的身份识别号码，遵循“一人一号，多次使用，动态管理”的原则。参加过我省高中学业水平合格性考试的考生，原则上学考考生号可以一直使用。</w:t>
      </w:r>
    </w:p>
    <w:p>
      <w:r>
        <w:t>如果考生重新进行学考注册时，使用原来注册时使用的证件号，则考生号不变；如果考生重新进行学考注册时，使用新的证件号进行注册，则系统会派发新的学考号。后期需要申请办理学考号、成绩归并。</w:t>
      </w:r>
    </w:p>
    <w:p>
      <w:r>
        <w:t>往届生报名高考，但是高中毕业证遗失了怎么办？</w:t>
      </w:r>
    </w:p>
    <w:p>
      <w:r>
        <w:t>答：请联系原高中阶段学校补办高中毕业证或开具相关证明。</w:t>
      </w:r>
    </w:p>
    <w:p>
      <w:r>
        <w:t>十一、体育艺术类考生报考</w:t>
      </w:r>
    </w:p>
    <w:p>
      <w:r>
        <w:t>我省2024年高校艺术类专业招生的考试评价方式是什么？如何组织考试？</w:t>
      </w:r>
    </w:p>
    <w:p>
      <w:r>
        <w:t>答：我省2024年高校艺术类专业招生实行“文化素质+专业能力”的考试评价方式。其中，文化素质使用高考文化课考试成绩，专业能力使用艺术专业能力考试成绩。艺术类专业能力考试包括省统考和高校校考，根据不同艺术类专业人才选拔培养要求实行分类考试。省统考由我省统一组织考试，高校校考由相关高校组织考试。</w:t>
      </w:r>
    </w:p>
    <w:p>
      <w:r>
        <w:t>我省2024年艺术类专业省统考有哪些变动？</w:t>
      </w:r>
    </w:p>
    <w:p>
      <w:r>
        <w:t>答：一是2024年基本实现艺术类专业省统考全覆盖。我省将开设音乐类、舞蹈类、表（导）演类、播音与主持类、美术与设计类、书法类共6类省统考，取消广播电视编导类统考。省统考相关艺术类专业见《广东省2024年普通高等学校艺术类本科招生专业与省统考科类对应关系一览表》。二是完善了省统考考试科目和内容，各专业类别制定了统一的考试说明。</w:t>
      </w:r>
    </w:p>
    <w:p>
      <w:r>
        <w:t>2024年使用省统考成绩作为专业考试成绩的艺术类院校专业如何投档录取？</w:t>
      </w:r>
    </w:p>
    <w:p>
      <w:r>
        <w:t>答：实行省统考成绩录取的艺术类院校专业采用平行志愿投档。投档时，根据院校招生计划，以1：1的比例，按“分数优先，遵循志愿”的原则，在考生文化课总成绩和省统考成绩双上线基础上，依据考生合成总分排序情况，从高到低依次检索考生院校专业组志愿投档给招生院校。根据教育部文件精神，2024年适当提高了音乐类、舞蹈类、表（导）演类、美术与设计类、书法类专业合成总分的考生文化课总成绩占比。具体为：</w:t>
      </w:r>
    </w:p>
    <w:p>
      <w:r>
        <w:t>音乐类、舞蹈类、表（导）演类、美术与设计类、书法类专业的投档满分为750分，以普通高考文化课总分（含政策性加分）和省统考分数合成的总分排序情况投档，总分合成计算公式为：考生总分=文化课成绩×50%+省统考成绩×2.5×50%。</w:t>
      </w:r>
    </w:p>
    <w:p>
      <w:r>
        <w:t>播音与主持类专业的投档满分为750分，以普通高考文化课总分（含政策性加分）和省统考分数合成的总分排序情况进行投档。总分合成计算公式为：考生总分=文化课成绩×60%+省统考成绩×2.5×40%。</w:t>
      </w:r>
    </w:p>
    <w:p>
      <w:r>
        <w:t>2024年哪些艺术类专业不再组织专业能力考试？采用何种方式录取？</w:t>
      </w:r>
    </w:p>
    <w:p>
      <w:r>
        <w:t>答：从2024年起，艺术史论、艺术管理、非物质文化遗产保护、戏剧学、电影学、戏剧影视文学、广播电视编导、影视技术等高校艺术类本科专业（专科专业参照执行），不再组织专业能力考试，原则上安排在普通类招生，分首选科目（物理、历史），依据高考文化成绩，参考学生综合素质评价进行录取。</w:t>
      </w:r>
    </w:p>
    <w:p>
      <w:r>
        <w:t>2024年艺术类高校校考有何变化情况？</w:t>
      </w:r>
    </w:p>
    <w:p>
      <w:r>
        <w:t>答：一是省统考已经覆盖的专业，原则上高校不再组织校考。少数专业特色鲜明、人才培养质量较高的艺术院校，对考生艺术天赋、专业技能或基本功有较高要求的高水平艺术类专业，可按程序申请在省统考基础上组织校考。对于出现违规招生情况的高校，将视情节严肃处理，直至停止校考资格。</w:t>
      </w:r>
    </w:p>
    <w:p>
      <w:r>
        <w:t>二是严格控制校考考试规模。组织校考的高校要结合人才培养定位，加强与省统考的衔接，科学合理确定校考形式。要积极采取线上考试或使用省统考成绩进行初选等方式，严格控制现场校考人数，原则上现场考试规模不超过相关专业招生计划的6—8倍。</w:t>
      </w:r>
    </w:p>
    <w:p>
      <w:r>
        <w:t>三是不再跨省设置校考考点。所有高校艺术类专业校考工作均在学校所在地组织。</w:t>
      </w:r>
    </w:p>
    <w:p>
      <w:r>
        <w:t>2024年艺术类专业招考方向设置有何变化？</w:t>
      </w:r>
    </w:p>
    <w:p>
      <w:r>
        <w:t>答：一是对于“音乐表演”“作曲与作曲技术理论”“表演”“戏剧影视导演”专业，为区分不同招考方向对应的省统考科目，如表演（戏剧影视表演）和表演（服装表演），《艺考招生专业目录》在其对应科类下的专业名称后统一设置了招考方向。二是健美操、啦啦操等体育项目，明确纳入体育专业考试招生。</w:t>
      </w:r>
    </w:p>
    <w:p>
      <w:r>
        <w:t>报考体育类专业，各专项能否兼报？</w:t>
      </w:r>
    </w:p>
    <w:p>
      <w:r>
        <w:t>答：不能。体育类专业7个专项（足球、篮球、排球、乒乓球、游泳、健美操、啦啦操）均不能兼报，考生只能选择一个专项，并根据项目特点报考不同的基本素质和专项基础科目。</w:t>
      </w:r>
    </w:p>
    <w:p>
      <w:r>
        <w:t>我省2024年体育类专业考试健美操和啦啦操项目怎么考？</w:t>
      </w:r>
    </w:p>
    <w:p>
      <w:r>
        <w:t>答：健美操、啦啦操项目分别由基本素质和专项基础两部分组成，总分300分。其中，基本素质考试总分150分，包括连续俯卧撑（50分）、20秒两头起（50分）、3×10米8字绕杆跑（50分）三个小项；专项基础考试总分150分，包含柔韧（左右纵劈叉）（50分）、控倒立（50分）、规定成套动作（50分）三个小项，其中规定成套动作小项分健美操成套动作、啦啦操成套动作，考生只能选择其中一项进行测试。具体考试内容详见《关于广东省2024年普通高等学校招生统一考试体育类专业考试有关事项的通知》（粤考院函〔2023〕129号）</w:t>
      </w:r>
    </w:p>
    <w:p>
      <w:r>
        <w:t>十二、“3+证书”考生报考</w:t>
      </w:r>
    </w:p>
    <w:p>
      <w:r>
        <w:t>哪些人可以报考“3+证书”考试？</w:t>
      </w:r>
    </w:p>
    <w:p>
      <w:r>
        <w:t>答：“3+证书”考试的报考对象为中等职业学校（含职业高中、中专、成人中专、技工学校、技师学院）的应往届毕业生（包括退役士兵、西藏新疆内职班应届毕业生）。应届毕业生持中等职业学校应届毕业证明报考，入学时由录取高校审核毕业证原件，无中等职业学校毕业证的学生，不予报到和注册。往届毕业生持毕业证书报名。退役士兵考生须持身份证、退役证原件及复印件到安置地的地级市招生办领取考生号后进行网上报名。2024年起，西藏新疆内职班应届毕业生报考“3+证书”考试，不再设置专业技能课程证书要求。</w:t>
      </w:r>
    </w:p>
    <w:p>
      <w:r>
        <w:t>考生能否同时报名“3＋证书”考试与夏季高考？</w:t>
      </w:r>
    </w:p>
    <w:p>
      <w:r>
        <w:t>答：不能兼报。</w:t>
      </w:r>
    </w:p>
    <w:p>
      <w:r>
        <w:t>报名“3＋证书”考试未获得证书怎么办？</w:t>
      </w:r>
    </w:p>
    <w:p>
      <w:r>
        <w:t>答：“3＋证书”报名时需获得相应职业技能证书，未取得证书，但已报名参加2024年1月由广东省教育考试院组织的专业技能课程证书考试的考生，可先报名参加考试。但只有在春季高考填报志愿前取得证书，方可参加“3+证书”考试的填报志愿和投档录取。</w:t>
      </w:r>
    </w:p>
    <w:p>
      <w:r>
        <w:t>普通高中生能否报名“3＋证书”考试？</w:t>
      </w:r>
    </w:p>
    <w:p>
      <w:r>
        <w:t>答：不能。“3+证书”考试的报考对象为中等职业学校（含职业高中、中专、成人中专、技工学校、技师学院）的应往届毕业生（包括退役士兵、西藏新疆内职班应届毕业生）。</w:t>
      </w:r>
    </w:p>
    <w:p>
      <w:r>
        <w:t>已参加2023年9月份全国计算机等级或英语等级证书考试，但尚未公布成绩，未取得证书，能否报考广东2024年“3+证书”考试？</w:t>
      </w:r>
    </w:p>
    <w:p>
      <w:r>
        <w:t>答：符合我省2024年普通高考报名条件，未取得证书，但已报名参加2023年9月全国计算机等级或英语等级考试的考生，可先报名参加“3+证书”考试。但只有在春季高考填报志愿前取得证书，方可参加“3+证书”考试的填报志愿和投档录取。</w:t>
      </w:r>
    </w:p>
    <w:p>
      <w:r>
        <w:t>“3+证书”考生报名时需提供的职业技能证书包括哪些种类？</w:t>
      </w:r>
    </w:p>
    <w:p>
      <w:r>
        <w:t>答：“3+证书”报考考生须获得下列证书之一：（1）广东省教育考试院组考和颁发的14种专业技能课程证书。（2）教育部教育考试院（原教育部考试中心）组考和颁发的全国计算机等级证书、全国英语等级证书。（3）人力资源社会保障部门备案的职业技能考核鉴定机构、经人力资源社会保障部门备案公布的职业技能等级评价机构颁发的汽车维修工、电工等52种中级及以上职业资格证书或职业技能等级证书。（4）“1+X证书制度试点”职业技能等级证书。（5）卫生行政主管部门颁发的护士执业资格考试成绩合格证明或护士执业证书。证书目录详见《关于做好广东省2024年普通高等学校招收中等职业学校毕业生统一考试招生工作的通知》（粤招办普〔2023〕40号）。</w:t>
      </w:r>
    </w:p>
    <w:p>
      <w:r>
        <w:t>十三、三二分段/五年一贯制考生报考</w:t>
      </w:r>
    </w:p>
    <w:p>
      <w:r>
        <w:t>中高职贯通三二分段的学生能否报考“3＋证书”或夏季高考？</w:t>
      </w:r>
    </w:p>
    <w:p>
      <w:r>
        <w:t>答：符合我省3+证书考试或夏季高考报考条件的学生（含中高职贯通三二分段的学生），可以报名参加相应考试。中高职贯通三二分段转段已经录取的考生，不能参加普通高校专科层次（含高职院校）其他类型录取；考生如达到普通高校本科录取条件，可以参与本科层次的录取。</w:t>
      </w:r>
    </w:p>
    <w:p>
      <w:r>
        <w:t>中高职贯通三二分段转段录取的考生，如被本科院校录取，考生须提出放弃三二分段录取的书面申请，方能办理录取手续。</w:t>
      </w:r>
    </w:p>
    <w:p>
      <w:r>
        <w:t>中高职贯通三二分段的学生未能通过三二分段转段考，能否参加高职自主招生或夏季高考？</w:t>
      </w:r>
    </w:p>
    <w:p>
      <w:r>
        <w:t>答：可以。考生如果中高职贯通三二分段转段未被高职院校录取，并符合我省高职自主招生或夏季高考报考条件，可以参加我省高职自主招生或夏季高考的报名和录取。</w:t>
      </w:r>
    </w:p>
    <w:p>
      <w:r>
        <w:t>十四、中等职业学校考生报考</w:t>
      </w:r>
    </w:p>
    <w:p>
      <w:r>
        <w:t>中职生能否报名夏季高考？</w:t>
      </w:r>
    </w:p>
    <w:p>
      <w:r>
        <w:t>答：可以。符合我省普通高考报名条件的中等职业学校（含技工学校）的应、往届毕业生，可以报名参加我省夏季普通高考。应注意的是“3+证书”考试和夏季高考不能兼报，只能选择其中之一。</w:t>
      </w:r>
    </w:p>
    <w:p>
      <w:r>
        <w:t>中职生报名夏季高考需参加高中学业水平合格考吗？</w:t>
      </w:r>
    </w:p>
    <w:p>
      <w:r>
        <w:t>答：不用。符合条件的中职应、往届毕业生报名参加我省夏季高考，不需要再参加普通高中学业水平合格性考试，只需根据自身的选科，参加全国统考科目及普通高中学业水平选择性考试。</w:t>
      </w:r>
    </w:p>
    <w:p>
      <w:r>
        <w:t>五年制技工学校的学生能否在第三年报考普通高考？</w:t>
      </w:r>
    </w:p>
    <w:p>
      <w:r>
        <w:t>答：不能。高中阶段学校非应届毕业的在校生，不得在我省报名参加普通高考（含3+证书考试）。</w:t>
      </w:r>
    </w:p>
    <w:p>
      <w:r>
        <w:t>十五、退役士兵考生报考</w:t>
      </w:r>
    </w:p>
    <w:p>
      <w:r>
        <w:t>自主就业的退役士兵有哪些优惠政策？</w:t>
      </w:r>
    </w:p>
    <w:p>
      <w:r>
        <w:t>答：高职院校招收退役士兵考生，参加“3+证书”考试招生录取，实行计划单列、单独划线、单独录取。自主就业的退役士兵、在服役期间荣立个人二等功（含）以上或被大军区（含）以上单位授予荣誉称号的退役军人，可在其文化课统考成绩总分的基础上增加5分投档。高职自主招生符合条件的退役军人报考退役军人现代学徒制专项试点计划免文化素质考核，由招生院校自主命题、组织实施职业技能考核，择优录取。</w:t>
      </w:r>
    </w:p>
    <w:p>
      <w:r>
        <w:t>自主就业的退役士兵照顾政策申报需要什么材料？</w:t>
      </w:r>
    </w:p>
    <w:p>
      <w:r>
        <w:t>答：参加普通高考的自主就业的退役士兵，向市招生办公室提出加分资格申请时需提供本人退出现役证和身份证原件及复印件。退出现役证需复印封面及内页。</w:t>
      </w:r>
    </w:p>
    <w:p>
      <w:r>
        <w:t>十六、少数民族考生报考</w:t>
      </w:r>
    </w:p>
    <w:p>
      <w:r>
        <w:t>考生是外省少数民族，但在广州上高中，是否符合少数民族的照顾政策？</w:t>
      </w:r>
    </w:p>
    <w:p>
      <w:r>
        <w:t>答：根据《广东省民族宗教委广东省招生委员会关于做好普通高校招收广东省少数民族聚居区少数民族考生工作的通知》（粤民宗规〔2020〕1号），省外自治区、自治州、自治县的少数民族学生，小学和初中均在自治县或自治区、自治州的县就读，高中阶段户籍迁入我省少数民族聚居区并在我省参加高考的，享受少数民族考生高考录取照顾政策。</w:t>
      </w:r>
    </w:p>
    <w:p>
      <w:r>
        <w:t>广东少数民族聚居区的具体范围有哪些？</w:t>
      </w:r>
    </w:p>
    <w:p>
      <w:r>
        <w:t>答：我省少数民族聚居区的具体范围为：清远市连南瑶族自治县和连山壮族瑶族自治县、韶关市乳源瑶族自治县、清远市连州市瑶安瑶族乡和三水瑶族乡、阳山县秤架瑶族乡、韶关市始兴县深渡水瑶族乡、肇庆市怀集县下帅壮族瑶族乡、惠州市龙门县蓝田瑶族乡、河源市东源县漳溪畲族乡以及少数民族聚居的行政村（居委会）或自然村，具体请查阅《广东省民族宗教委</w:t>
      </w:r>
    </w:p>
    <w:p>
      <w:r>
        <w:t xml:space="preserve"> 广东省招生委员会关于做好普通高校招收广东省少数民族聚居区少数民族考生工作的通知》（粤民宗规〔2020〕1号）附件1。</w:t>
      </w:r>
    </w:p>
    <w:p>
      <w:r>
        <w:t>考生是我省少数民族，小学、初中在户籍地就读，但在东莞上高中，是否符合少数民族的照顾政策？</w:t>
      </w:r>
    </w:p>
    <w:p>
      <w:r>
        <w:t>答：我省少数民族考生高考录取照顾的条件为：户籍在我省少数民族聚居区，小学和初中均在少数民族聚居区就读或者高中阶段连续在少数民族聚居区就读。</w:t>
      </w:r>
    </w:p>
    <w:p>
      <w:r>
        <w:t>我省少数民族聚居区的少数民族考生，如小学在民族乡、少数民族聚居村委会所在地就读，初中阶段到所在县（市、区）的其他中学就读，享受少数民族考生高考录取照顾政策。</w:t>
      </w:r>
    </w:p>
    <w:p>
      <w:r>
        <w:t>我省少数民族聚居区的少数民族考生，因地处偏远，所在地无中小学或者离所在地中小学较远，按就近原则到非少数民族聚居区就读中小学，享受少数民族考生高考录取照顾政策。</w:t>
      </w:r>
    </w:p>
    <w:p>
      <w:r>
        <w:t>我省少数民族聚居区少数民族照顾资格认定由广东省民族宗教委会相关部门组织认定。具体申报要求及照顾政策请查阅《广东省民族宗教委</w:t>
      </w:r>
    </w:p>
    <w:p>
      <w:r>
        <w:t xml:space="preserve"> 广东省招生委员会关于做好普通高校招收广东省少数民族聚居区少数民族考生工作的通知》（粤民宗规〔2020〕1号）</w:t>
      </w:r>
    </w:p>
    <w:p>
      <w:r>
        <w:t>十七、单招考生报考</w:t>
      </w:r>
    </w:p>
    <w:p>
      <w:r>
        <w:t>哪些属于单考单招类型？单考单招类考生可以兼报其他科类吗？</w:t>
      </w:r>
    </w:p>
    <w:p>
      <w:r>
        <w:t>答：保送、运动训练、武术与民族传统体育、职教师资、残障（单招）、高水平运动队（单招）、高职自主招生、高职三二分段、依学考成绩录取、五年一贯制、消防救援（单招）属于单考单招类型，可不参加夏季高考统考，高考报名采用考生属性为“6”的考生号。单考单招类考生如需参加统考或兼报其他科类考试，应使用相应属性的考生号报名。</w:t>
      </w:r>
    </w:p>
    <w:p>
      <w:r>
        <w:t>参加全国普通高校体育单招考试还要报名普通高考？</w:t>
      </w:r>
    </w:p>
    <w:p>
      <w:r>
        <w:t>答：普通高校体育单招属于单考单招的其中一种类型。相关考生可不用参加夏季高考统考，但应在我省规定的时间内参加高考报名。</w:t>
      </w:r>
    </w:p>
    <w:p>
      <w:r>
        <w:t>现代学徒制的招考要求是什么？</w:t>
      </w:r>
    </w:p>
    <w:p>
      <w:r>
        <w:t>答：考生应为试点招生专业合作企业的在职员工，且符合我省高考报名相关条件。</w:t>
      </w:r>
    </w:p>
    <w:p>
      <w:r>
        <w:t>十八、港澳台/国外考生报考</w:t>
      </w:r>
    </w:p>
    <w:p>
      <w:r>
        <w:t>可同时报名港澳台侨联合招生考试和普通高考吗？</w:t>
      </w:r>
    </w:p>
    <w:p>
      <w:r>
        <w:t>答：符合条件的考生，可以同时报考。两项考试招生录取有先后顺序，考生在其中一种考试的录取不影响另一种考试的录取。</w:t>
      </w:r>
    </w:p>
    <w:p>
      <w:r>
        <w:t>学生上国际学校高中（无国内高中学籍），能否报名高考？</w:t>
      </w:r>
    </w:p>
    <w:p>
      <w:r>
        <w:t>答：获得高中同等学力证明，符合我省相关报名条件可在我省报名参加高考。</w:t>
      </w:r>
    </w:p>
    <w:p>
      <w:r>
        <w:t>如何获取高中同等学力证明？</w:t>
      </w:r>
    </w:p>
    <w:p>
      <w:r>
        <w:t>答：普通高中同等学力认定工作依照《广东省教育厅关于规范普通高中同等学力认定工作的通知》执行，具体考核认定办法以各地市教育局为准。</w:t>
      </w:r>
    </w:p>
    <w:p>
      <w:r>
        <w:t>港澳台学生可以在广东报名高考吗？</w:t>
      </w:r>
    </w:p>
    <w:p>
      <w:r>
        <w:t>答：遵守中华人民共和国宪法和法律，高中阶段学校毕业或具有同等学力，身体状况符合相关要求，并符合下列条件之一，可以在我省报名普通高考：</w:t>
      </w:r>
    </w:p>
    <w:p>
      <w:r>
        <w:t>持有香港或澳门居民身份证，同时持有《港澳居民来往内地通行证》或《港澳居民居住证》，并在我省高中阶段学校实际就读的香港、澳门学生。</w:t>
      </w:r>
    </w:p>
    <w:p>
      <w:r>
        <w:t>持有在台湾居住的有效身份证明，同时持有《台湾居民来往大陆通行证》或《台湾居民居住证》，并在我省高中阶段学校实际就读的台湾省籍学生。</w:t>
      </w:r>
    </w:p>
    <w:p>
      <w:r>
        <w:t>外籍学生可以在广东报考高考吗？</w:t>
      </w:r>
    </w:p>
    <w:p>
      <w:r>
        <w:t>答：遵守中华人民共和国宪法和法律，高中阶段学校毕业或具有同等学力，身体状况符合相关要求，在我省定居，并在我省高中阶段学校实际就读，且持公安机关签发的《中华人民共和国外国人永久居留证》的外国侨民，可以在我省报名普通高考。</w:t>
      </w:r>
    </w:p>
    <w:p>
      <w:r>
        <w:t>参加高考报名，国外高中毕业证如何认定？</w:t>
      </w:r>
    </w:p>
    <w:p>
      <w:r>
        <w:t>答：持国外高中毕业证的考生，提供以下辅助证明材料，可认定为高中毕业证合格。（1）将国外高中毕业证翻译成中文，提供原件、翻译件；（2）由公证公司出具的证实其毕业证原件与翻译件一致的公证书；（3）由中国驻当地使领馆出具的，证明所持的毕业证是当地正规的高中阶段学校（证明毕业证上印章和签名真实有效）或考生能提供近期（1-2年）往返其高中学校所在国的出入境记录。</w:t>
      </w:r>
    </w:p>
    <w:p>
      <w:r>
        <w:t>十九、体检</w:t>
      </w:r>
    </w:p>
    <w:p>
      <w:r>
        <w:t>体检时间如何安排？</w:t>
      </w:r>
    </w:p>
    <w:p>
      <w:r>
        <w:t>答：所有参加2024年普通高考录取的考生应参加普通高考体检，普通高考体检时间为高考报名后至2024年2月23日，具体时间由各地市自行确定。</w:t>
      </w:r>
    </w:p>
    <w:p>
      <w:r>
        <w:t>高考考生是否能自行联系医院去高考体检？</w:t>
      </w:r>
    </w:p>
    <w:p>
      <w:r>
        <w:t>答：体检工作由各市招生办公室会同当地卫生健康部门组织实施，考生应按当地招生考试机构指引，按规定时间去往指定医院参加体检。</w:t>
      </w:r>
    </w:p>
    <w:p>
      <w:r>
        <w:t>二十、加分和优先录取资格</w:t>
      </w:r>
    </w:p>
    <w:p>
      <w:r>
        <w:t>加分和优先录取资格的申报范围是什么？</w:t>
      </w:r>
    </w:p>
    <w:p>
      <w:r>
        <w:t>答：在《2024年普通高考加分资格考生信息采集分类表》、《2024年普通高考同等条件下优先录取资格考生信息采集分类表》中，凡信息点代码栏未注明“不需采集”的加分资格和优先录取资格类型，均在普通高考报名时申报。</w:t>
      </w:r>
    </w:p>
    <w:p>
      <w:r>
        <w:t>加分和优先录取资格的申报时间是什么时候?</w:t>
      </w:r>
    </w:p>
    <w:p>
      <w:r>
        <w:t>答：符合有关加分资格和优先录取资格的考生向所在市招生办公室提出申请，申请受理截止日期为2023年11月10日。未在截止日期前提出申请的考生视为自动放弃加分资格和优先录取资格。</w:t>
      </w:r>
    </w:p>
    <w:p>
      <w:r>
        <w:t>烈士子女（非军人烈士子女)考生申请加分需哪些材料？</w:t>
      </w:r>
    </w:p>
    <w:p>
      <w:r>
        <w:t>答：烈士子女（非军人烈士子女)考生申请加分，需提供本人身份证、家庭户口本（含考生及父或母)、父母结婚证、烈士证明书、抚恤证等原件及复印件。</w:t>
      </w:r>
    </w:p>
    <w:p>
      <w:r>
        <w:t>台胞及台胞子女考生申请照顾政策需哪些材料？</w:t>
      </w:r>
    </w:p>
    <w:p>
      <w:r>
        <w:t>答：按照《广东省人民政府台湾事务办公室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二十一、其他</w:t>
      </w:r>
    </w:p>
    <w:p>
      <w:r>
        <w:t>春季高考的高职院校招生计划有多少？</w:t>
      </w:r>
    </w:p>
    <w:p>
      <w:r>
        <w:t>答：各院校春季高考招生计划原则上要达到年度申报的省内招生计划（不含三二分段专升本协同育人项目、中高职三二分段转段及五年一贯制转段）的75%，具体计划以当年招生专业目录公布为准。</w:t>
      </w:r>
    </w:p>
    <w:p>
      <w:r>
        <w:t>高中阶段学校涵盖范围是什么？</w:t>
      </w:r>
    </w:p>
    <w:p>
      <w:r>
        <w:t>答：报考通知所称的高中阶段学校包括普通高中、中等职业学校（含职业高中、中专、成人中专、技工学校、技师学院）。</w:t>
      </w:r>
    </w:p>
    <w:p>
      <w:r>
        <w:t>广东高考考生号是10位数，但是有些报考要求14位的考生号，为什么？</w:t>
      </w:r>
    </w:p>
    <w:p>
      <w:r>
        <w:t>答：我省高考考生号采用10位编制。我省考生参加外省艺术类院校招生录取若需要提供14位考生号，在现有10位考号前面加，2位高考年份和2位省代码即可（广东省代码为44）。比如参加2024年高考的广东考生的14位考号：2444+广东高考考生号。</w:t>
      </w:r>
    </w:p>
    <w:p>
      <w:r>
        <w:t>考生同时满足广东和四川的高考报名要求，可以同时在两个地方报考吗？</w:t>
      </w:r>
    </w:p>
    <w:p>
      <w:r>
        <w:t>答：不能。考生只能选择在其中一个省报考。</w:t>
      </w:r>
    </w:p>
    <w:p>
      <w:r>
        <w:t>考生只想参加夏季高考，还需报名1月份语、数、英三科的高中学业水平合格考吗？</w:t>
      </w:r>
    </w:p>
    <w:p>
      <w:r>
        <w:t>答：高中学业水平合格考是普通高中学生毕业的主要依据。考生如果不参加1月份高中学业水平合格性考试语文、数学、英语三科考试，可以用普通高考语数外成绩替代，但必须满足以下条件：根据《广东省普通高中学业水平考试实施办法》的规定，“考生参加普通高考，语文、数学、外语科目当次当科考生总数98%以上的成绩可视为相应科目高中学业水平合格性考试成绩合格。高考时非英语语种当次当科考生总数98%以上的成绩或初级等级证书成绩可视为外语科目合格性考试成绩合格；高中学校组织的非英语语种外语科目考试成绩是否认定为合格性考试成绩合格，由各地市确定后报省备案。”</w:t>
      </w:r>
    </w:p>
    <w:p>
      <w:r>
        <w:t>考生为广东户籍，但在外省高中就读，能否报名参加广东2024年高考？</w:t>
      </w:r>
    </w:p>
    <w:p>
      <w:r>
        <w:t>答：根据我省高考报名政策，具有广东省户籍，且出生后首次申报户口登记在广东（即身份证号码的前两位为44）的考生，可在我省报名参加普通高考。户籍从外省迁入我省的考生（即身份证号码非44开头），户籍、学籍需满足相应的要求才能正常报考；如未达到条件的，可以在我省报名参加普通高考，但只能参加高职院校（专科）批次录取，不能参加本科批次录取。</w:t>
      </w:r>
    </w:p>
    <w:p>
      <w:r>
        <w:t>2024年普通高校高水平运动队招生政策有何变化？</w:t>
      </w:r>
    </w:p>
    <w:p>
      <w:r>
        <w:t>答：普通高校高水平运动队招生政策变化情况：</w:t>
      </w:r>
    </w:p>
    <w:p>
      <w:r>
        <w:t>（一）报考条件。2024年起，符合我省高考报名条件且获得国家一级运动员（含）以上技术等级称号者方可以报考高水平运动队。2027年起，符合我省高考报名条件且获得国家一级运动员（含）以上技术等级称号且近三年在国家体育总局、教育部规定的全国性比赛中获得前八名者方可以报考高水平运动队。</w:t>
      </w:r>
    </w:p>
    <w:p>
      <w:r>
        <w:t>（二）文化成绩要求。2024年起，招收高水平运动队的“世界一流大学建设高校”，对考生的高考成绩要求须达到我省本科录取最低控制分数线；其他高校对考生的高考成绩要求须达到我省本科录取最低控制分数线的80%。</w:t>
      </w:r>
    </w:p>
    <w:p>
      <w:r>
        <w:t>（三）报考专业要求。2024年起，高水平运动队考生高考文化课成绩不低于招生高校相关专业在我省录取分数线下20分的考生，可申请就读相应的普通专业；其余考生限定就读体育学类专业，原则上不得转到其他类专业就读。</w:t>
      </w:r>
    </w:p>
    <w:p>
      <w:r>
        <w:t>2024年普通高校高水平艺术团招生政策有何变化？</w:t>
      </w:r>
    </w:p>
    <w:p>
      <w:r>
        <w:t>答：2024年起，普通高校高水平艺术团不再从高校招生环节选拔，由相关高校从在校生中遴选培养。</w:t>
      </w:r>
    </w:p>
    <w:p>
      <w:r>
        <w:t>广东户籍但在外省上高中的考生，要怎么办理学业水平合格考的成绩转入？</w:t>
      </w:r>
    </w:p>
    <w:p>
      <w:r>
        <w:t>答：首先必须参加我省高考报名，获取高考考生号；凭高考考生号在“广东省普通高中学业水平合格性考试成绩转移管理系统”全程网上办理考试成绩转移手续。</w:t>
      </w:r>
    </w:p>
    <w:p>
      <w:r>
        <w:t>（一）考生网上申请。每年12月初至1月中上旬（具体时间以考试院官网、官微发布的《关于做好2024年普通高中学业水平合格性考试考生成绩转移工作的通知》为准），我院将开放“广东省普通高中学业水平合格性考试成绩转移管理系统”（网址：http://www.eeagd.edu.cn/xyspzr），考生凭当年的高考报名号登录，按要求在网上提出普通高中学业水平考试全部科目（语文、数学、英语、思想政治、历史、地理、物理、化学、生物）成绩转入申请并确认。</w:t>
      </w:r>
    </w:p>
    <w:p>
      <w:r>
        <w:t>（二）考生提交相关材料。考生在网上按照要求提交本人身份证、我省户口簿（有户主页和本人页）及普通高中学业水平合格性考试成绩证书（成绩证书必须由省级教育行政部门或考试机构加盖公章）等相关材料的PDF文件，并在网上确认签订材料真实性承诺书。承诺填写的全部信息以及所提交的全部材料均真实、准确、有效，没有隐瞒或虚构任何事实，也没有造假等不诚信行为。</w:t>
      </w:r>
    </w:p>
    <w:p>
      <w:r>
        <w:t>（三）下载打印证书。考试院根据有关规定网上审核考生成绩转入申请，网上公布审核结果（具体时间以考试院官网的通知为准）。考生可进入系统查询审核结果，并在规定的时间内自行下载并打印“普通高中学业水平合格性考试成绩认定证书”，逾期系统关闭后将不能下载并打印证书，但不会影响已转入的学考成绩在招生中的使用。</w:t>
      </w:r>
    </w:p>
    <w:p>
      <w:r>
        <w:t>考生春季高考被专科院校录取了，还能参加高职自主招生或是夏季高考的专科批次志愿填报吗？</w:t>
      </w:r>
    </w:p>
    <w:p>
      <w:r>
        <w:t>答：不能。报考春季高考招生并被高职（专科）层次录取的考生，可参加夏季高考本科层次招生录取，但不能参加夏季高考高职（专科）层次的招生录取，也不能参加其他类型的高职（专科）层次招生录取。</w:t>
      </w:r>
    </w:p>
    <w:p>
      <w:r>
        <w:t>考生夏季高考前已经被专科院校录取了，夏季填报本科志愿也被录取，能否选择春季的专科而放弃夏季的本科？</w:t>
      </w:r>
    </w:p>
    <w:p>
      <w:r>
        <w:t>答：不能。被夏季高考本科院校录取的考生，取消其春季高考招生录取资格。</w:t>
      </w:r>
    </w:p>
    <w:p>
      <w:r>
        <w:t>2024年院校专业选考科目要求有什么变化？</w:t>
      </w:r>
    </w:p>
    <w:p>
      <w:r>
        <w:t>答：根据教育部2021年修订的《普通高校本科招生专业选考科目要求指引（通用版）》，广东省教育考试院已于2021年汇总并发布了全国在粤招生高校本科专业（类）选考科目要求，拟参加2024年广东省普通高考的考生应登录省教育考试院网站（https://www.eeagd.edu.cn/xkcx2024），查看在粤招生高校本专科专业（类）选考科目要求，了解自己的选科情况与目标高校招生专业（类）选考科目要求。具体招生高校和招生专业以《广东省2024年普通高等学校招生专业目录》公布为准。</w:t>
      </w:r>
    </w:p>
    <w:p>
      <w:r>
        <w:t>相关文件：关于做好广东省2024年普通高校招生统一考试报名工作的通知</w:t>
      </w:r>
    </w:p>
    <w:p>
      <w:pPr>
        <w:pStyle w:val="Heading1"/>
      </w:pPr>
      <w:r>
        <w:t>正文相关链接</w:t>
      </w:r>
    </w:p>
    <w:p>
      <w:hyperlink r:id="rId14">
        <w:r>
          <w:rPr>
            <w:color w:val="18548A"/>
          </w:rPr>
          <w:t>关于做好广东省2024年普通高校招生统一考试报名工作的通知</w:t>
        </w:r>
      </w:hyperlink>
    </w:p>
    <w:p>
      <w:r>
        <w:t>https://eea.gd.gov.cn/bmbk_sksywj/content/post_4257918.html</w:t>
      </w:r>
    </w:p>
    <w:p>
      <w:hyperlink r:id="rId15">
        <w:r>
          <w:rPr>
            <w:color w:val="18548A"/>
          </w:rPr>
          <w:t>视频 1 LD 观看链接</w:t>
        </w:r>
      </w:hyperlink>
    </w:p>
    <w:p>
      <w:r>
        <w:t>https://gdvideo.southcn.com/3082f7a07fbd71ee849e4531958c0102/17bdd10033b646e8bac65d39b4e528ea-ea66c948e62e13df5fa5431d3f531871-ld.mp4</w:t>
      </w:r>
    </w:p>
    <w:p>
      <w:hyperlink r:id="rId16">
        <w:r>
          <w:rPr>
            <w:color w:val="18548A"/>
          </w:rPr>
          <w:t>视频 1 SD 观看链接</w:t>
        </w:r>
      </w:hyperlink>
    </w:p>
    <w:p>
      <w:r>
        <w:t>https://gdvideo.southcn.com/3082f7a07fbd71ee849e4531958c0102/17bdd10033b646e8bac65d39b4e528ea-798ff51e9dda65889743a0f637a46314-sd.mp4</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428247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eea.gd.gov.cn/bmbk_sksywj/content/post_4257918.html" TargetMode="External"/><Relationship Id="rId15" Type="http://schemas.openxmlformats.org/officeDocument/2006/relationships/hyperlink" Target="https://gdvideo.southcn.com/3082f7a07fbd71ee849e4531958c0102/17bdd10033b646e8bac65d39b4e528ea-ea66c948e62e13df5fa5431d3f531871-ld.mp4" TargetMode="External"/><Relationship Id="rId16" Type="http://schemas.openxmlformats.org/officeDocument/2006/relationships/hyperlink" Target="https://gdvideo.southcn.com/3082f7a07fbd71ee849e4531958c0102/17bdd10033b646e8bac65d39b4e528ea-798ff51e9dda65889743a0f637a46314-sd.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