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自考专业数据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2019-06-14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专科层次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https://szeb.sz.gov.cn/szzkw/zkcx/zxks/zkzy/zkcc/content/post_8949006.html</w:t>
        </w:r>
      </w:hyperlink>
    </w:p>
    <w:p/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797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1fdd9c18f5aaa1e90846560888cbef9e9944988-00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79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4370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1fdd9c18f5aaa1e90846560888cbef9e9944988-00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43703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cx/zxks/zkzy/zkcc/content/post_8949006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