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我省2023年专科批次8月6日开始征集志愿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https://eea.gd.gov.cn/ptgk/content/post_4231656.html</w:t>
        </w:r>
      </w:hyperlink>
    </w:p>
    <w:p/>
    <w:p>
      <w:r>
        <w:t>截至8月5日，我省2023年高考专科批次录取工作基本完成，考生录取结果可于今天查询。</w:t>
      </w:r>
    </w:p>
    <w:p>
      <w:r>
        <w:t>根据录取情况，我省专科批次尚有部分缺额计划需征集志愿，省教育考试院将于8月6日公布专科批次征集志愿具体要求及招生计划，预计6日下午开始专科批次征集志愿填报。请考生、家长密切留意省教育考试院官网、官微，及时查看相关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316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