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2017年硕士研究生招生全国统一考试报名现场确认工作温馨提示</w:t>
      </w:r>
    </w:p>
    <w:p>
      <w:r>
        <w:rPr>
          <w:sz w:val="18"/>
        </w:rPr>
        <w:t>整理归属  深圳市招生考试办公室</w:t>
      </w:r>
    </w:p>
    <w:p>
      <w:r>
        <w:rPr>
          <w:sz w:val="18"/>
        </w:rPr>
        <w:t>发布日期  2016-11-03</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https://szeb.sz.gov.cn/szzkw/zkgg/ykxx/content/post_8949965.html</w:t>
        </w:r>
      </w:hyperlink>
    </w:p>
    <w:p/>
    <w:p>
      <w:r>
        <w:t>2017年硕士研究生报名现场确认工作将于11月8日至12日进行，为确保此工作顺利进行，市招考办报名点（代码：4411）提醒考生注意以下事项：</w:t>
      </w:r>
    </w:p>
    <w:p>
      <w:r>
        <w:t>一、报名现场确认地址：深圳市第一职业技术学校（地址：福田区福中路人才大厦旁，电话：0755-83942925）。</w:t>
      </w:r>
    </w:p>
    <w:p>
      <w:r>
        <w:t>二、报名现场确认时间：2016年11月8日至12日，每天上午9：00—12：00，下午2：00—6：00。逾期不补办。</w:t>
      </w:r>
    </w:p>
    <w:p>
      <w:r>
        <w:t>三、按照广东省教育考试院规定，非广东户籍往届毕业生或同等学力考生须在广东省工作方可在我省报名。此类考生参加现场确认时须提供在广东省工作的证件或相关证明材料。</w:t>
      </w:r>
    </w:p>
    <w:p>
      <w:r>
        <w:t>四、报名确认现场不收取现金，考生也不能直接到银行缴费，必须先登录市财委的“深圳市非税收入征管系统”，按每科40元的标准完成缴费工作后（详见“深圳招考网”《深圳市2017年硕士研究生招生全国统一考试报考指南》），方可进行报考确认。现场报名确认时，考生不用提供缴费收据，工作人员将通过考生二代（或三代）身份证查证考生的缴费情况。</w:t>
      </w:r>
    </w:p>
    <w:p>
      <w:r>
        <w:t>五、网上报名期间，报考系统将对考生学历(学籍)信息进行网上校验，并在考生提交报名信息三天内反馈校验结果。考生可随时上网查看学历(学籍)校验结果。未通过学历(学籍)校验的考生应及时到学籍学历权威认证机构进行认证，并及时将认证报告送所报考的招生单位审查。</w:t>
      </w:r>
    </w:p>
    <w:p>
      <w:r>
        <w:t>六、考生应按要求准确填写个人网上报名信息并提供真实材料。考生因网报信息填写错误、填报虚假信息而造成不能考试或录取的，后果由考生本人承担。</w:t>
      </w:r>
    </w:p>
    <w:p>
      <w:r>
        <w:t>七、考生现场确认时需审查二代身份证（或三代身份证）及学历证书等材料，审后报考点留存复印件，考生须提前准备好二代身份证（或三代身份证）及学历证书等材料的复印件。</w:t>
      </w:r>
    </w:p>
    <w:p>
      <w:r>
        <w:t>八、考生参加现场报考确认前，要仔细阅读硕士研究生考试报名工作指南，明确相关要求和流程。报名工作指南可在深圳招考网查阅。</w:t>
      </w:r>
    </w:p>
    <w:p>
      <w:r>
        <w:t>九、为避免考生过度集中影响确认工作，请考生尽量避开高峰期（报考确认最后两天11月11日至12日）。</w:t>
      </w:r>
    </w:p>
    <w:p>
      <w:r>
        <w:t>十、由于报名确认点设在校园内，本次考生较以往人数多，规模大，请考生服从现场安排，自觉遵守秩序。同时为避免交通拥挤，报考点不提供停车服务。</w:t>
      </w:r>
    </w:p>
    <w:p>
      <w:r>
        <w:t>深圳市招生考试办公室</w:t>
      </w:r>
    </w:p>
    <w:p>
      <w:r>
        <w:t>2016年11月3日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