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关于推迟2020年3月全国英语等级考试、全国计算机应用水平考试和全国计算机等级考试的公告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2020-02-26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https://szeb.sz.gov.cn/szzkw/zcwj/content/post_8948896.html</w:t>
        </w:r>
      </w:hyperlink>
    </w:p>
    <w:p/>
    <w:p>
      <w:r>
        <w:t>为落实国家关于新冠肺炎疫情防控工作部署及教育部相关通知要求，切实保障考生、考试工作人员的身体健康和生命安全，经研究决定，推迟原定于3月举行的以下考试项目：</w:t>
      </w:r>
    </w:p>
    <w:p>
      <w:r>
        <w:t>1．2020年3月21、22日的全国英语等级考试（PETS）</w:t>
      </w:r>
    </w:p>
    <w:p>
      <w:r>
        <w:t>2．2020年3月21至24日的全国计算机应用水平考试（NIT）</w:t>
      </w:r>
    </w:p>
    <w:p>
      <w:r>
        <w:t>3．2020年3月28至30日的全国计算机等级考试（NCRE）</w:t>
      </w:r>
    </w:p>
    <w:p>
      <w:r>
        <w:t>新的考试时间将根据疫情防控进展情况另行通知。</w:t>
      </w:r>
    </w:p>
    <w:p>
      <w:r>
        <w:t>新的考试时间公布后，考生可以自主选择是否继续参加考试。如不继续参加考试，报名费将全额退还，具体情况请考生密切关注报名网站有关信息。</w:t>
      </w:r>
    </w:p>
    <w:p>
      <w:r>
        <w:t>教育部考试中心</w:t>
      </w:r>
    </w:p>
    <w:p>
      <w:r>
        <w:t>2020年2月14日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cwj/content/post_894889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