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2021年下半年全国英语等级考试成绩公布啦！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2021-11-11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https://szeb.sz.gov.cn/szzkw/zkgg/skxx/content/post_9359918.html</w:t>
        </w:r>
      </w:hyperlink>
    </w:p>
    <w:p/>
    <w:p>
      <w:r>
        <w:t>2021年下半年全国英语等级考试成绩将于11月10日公布。考生可登录中国教育考试（http://www.neea.edu.cn/）查询。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内报省教育考试院，逾期不予受理。复查工作结束后，复查结果由考点通知考生。</w:t>
      </w:r>
    </w:p>
    <w:p>
      <w:r>
        <w:t>附表：全国英语等级考试成绩复查申请表</w:t>
      </w:r>
    </w:p>
    <w:p>
      <w:r>
        <w:t>扫描下方二维码，可查阅及下载附表。</w:t>
      </w:r>
    </w:p>
    <w:p>
      <w:r>
        <w:drawing>
          <wp:inline xmlns:a="http://schemas.openxmlformats.org/drawingml/2006/main" xmlns:pic="http://schemas.openxmlformats.org/drawingml/2006/picture">
            <wp:extent cx="3302000" cy="330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ffb9e7d2fa2c01487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330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359918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