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深圳市招生考试办公室2020年度部门决算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财政预决算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https://szeb.sz.gov.cn/szzkw/czyjs/content/post_9272600.html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98e45503348b5f5f62ccd6019e65f09041bf0a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98e45503348b5f5f62ccd6019e65f09041bf0a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深圳市招生考试办公室2020年度部门决算.pdf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深圳市招生考试办公室2020年度部门决算.pdf</w:t>
        </w:r>
      </w:hyperlink>
    </w:p>
    <w:p>
      <w:r>
        <w:rPr>
          <w:sz w:val="16"/>
        </w:rPr>
        <w:t>https://szeb.sz.gov.cn/attachment/0/996/996893/9272600.pdf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czyjs/content/post_927260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szeb.sz.gov.cn/attachment/0/996/996893/927260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