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https://szeb.sz.gov.cn/szzkw/zkcx/zxks/zkzy/zkcc/content/post_8949036.html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3c29d696035c3a6096df2f3d93f5ea3b76b2e5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3c29d696035c3a6096df2f3d93f5ea3b76b2e5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3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