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https://szeb.sz.gov.cn/szzkw/zkcx/zxks/zkzy/bkcc/content/post_8949087.html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fb36cea2a3c4bc82ea83e1aff84d12853dd15a1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fb36cea2a3c4bc82ea83e1aff84d12853dd15a1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8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