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2023年下半年中小学教师资格考试考生须知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https://eea.gd.gov.cn/shks/content/post_4254607.html</w:t>
        </w:r>
      </w:hyperlink>
    </w:p>
    <w:p/>
    <w:p>
      <w:r>
        <w:t>2023年下半年全国中小学教师资格考试笔试将于9月16日举行， 请广大考生注意啦！</w:t>
      </w:r>
    </w:p>
    <w:p>
      <w:r>
        <w:t>一、带齐证件，按时考试。考生要持《准考证》、有效身份证件进入考场，“两证” 缺一不可。要带齐必要的文具（如：黑色签字笔、铅笔、尺子、橡皮等），做到不遗不漏。近日我省受台风影响降水偏多，考生要合理规划时间路线，留足时间余量，确保按时赴考。</w:t>
      </w:r>
    </w:p>
    <w:p>
      <w:r>
        <w:t>二、遵规守纪，诚信考试。考生不得携带书籍、资料、草稿纸、计算器、包等物品，严禁携带具有拍摄、发送或者接收信息功能的电子设备。应自觉服从监考员管理，不得以任何理由妨碍监考员正常工作。如有违纪、作弊等行为，将按照《国家教育考试违规处理办法》等规定进行处理。如情节严重、触犯刑法，将报送公安部门，依法处理。</w:t>
      </w:r>
    </w:p>
    <w:p>
      <w:r>
        <w:t>三、平心静气，安心考试。考试当天，广州、珠海、汕头（部分地区）、佛山、江门、肇庆、惠州、梅州、东莞、中山、潮州等11个地市将进行防空警报试鸣，试鸣时间为10：10-10：33，期间教师资格考试正常进行，请各位考生安心考试。</w:t>
      </w:r>
    </w:p>
    <w:p>
      <w:r>
        <w:t>预祝各位考生取得好成绩！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2546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