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深圳市2019年全国硕士研究生考试线上报名确认工作温馨提示（一）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2018-11-05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https://szeb.sz.gov.cn/szzkw/zkgg/ykxx/content/post_8949945.html</w:t>
        </w:r>
      </w:hyperlink>
    </w:p>
    <w:p/>
    <w:p>
      <w:r>
        <w:t>2019年全国硕士研究生考试报考深圳市招考办报考点（代码：4411）的考生达13424人。为方便广大考生进行报名确认，本次报名我办首次采用线上报名确认方式进行。目前线上确认系统运作正常。市招考办提示考生注意以下几点：</w:t>
      </w:r>
    </w:p>
    <w:p>
      <w:r>
        <w:t>一、在“研招网”网报选择深圳市招考办报考点（代码：4411）的考生，一定要通过深圳市招考办线上报名确认系统进行确认，否则视为报名不成功。操作流程见“深圳招考网”《关于2019年全国硕士研究生考试报名现场确认工作的通知》。</w:t>
      </w:r>
    </w:p>
    <w:p>
      <w:r>
        <w:t>二、在线上确认系统审核资料时，发现个别考生户籍栏内选择与身份证不相符，如果是非广东省户籍的要上传“在粤工作证明”，否则审核将不通过。</w:t>
      </w:r>
    </w:p>
    <w:p>
      <w:r>
        <w:t>三、应届考生上传《学生证》时，请上传《学生证》有照片、发证日期、在读信息等内容的内页。</w:t>
      </w:r>
    </w:p>
    <w:p>
      <w:r>
        <w:t>四、请已经上传资料的考生及时查询审核结果，完成后续操作。</w:t>
      </w:r>
    </w:p>
    <w:p>
      <w:r>
        <w:t>深圳市招生考试办公室</w:t>
      </w:r>
    </w:p>
    <w:p>
      <w:r>
        <w:t>2018年11月5日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