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服务防疫两不误 精心组织保平安——深圳市招考办疫情下组织办理2021年上半年自考毕业手续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2021-06-20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https://szeb.sz.gov.cn/szzkw/qt/sylb/content/post_8959972.html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https://szeb.sz.gov.cn/szzkw/qtxx/content/post_8948919.html</w:t>
        </w:r>
      </w:hyperlink>
    </w:p>
    <w:p/>
    <w:p>
      <w:r>
        <w:t>十年寒窗苦种种，只为一朝化作龙，在校读书难，自学成才更不易。根据广东省教育考试院工作计划，2021年上半年自考毕业手续办理工作定于6月15日至20日进行。此时间，我省个别地方出现疫情零星散发，有的市推迟办理毕业手续。我办领导充分认识自考成才不易，考生对自考毕业证的迫切需要，急考生所急，经过评估，作出强调：不能因为疫情而影响工作的开展，也不能因为工作的开展而扩散疫情；不能打击考生的求知欲，要克服困难、没有条件创造条件也要确保办证业务正常开展。</w:t>
      </w:r>
    </w:p>
    <w:p>
      <w:r>
        <w:t>如何既做好防疫，又做好办证工作，我们的做法是：</w:t>
      </w:r>
    </w:p>
    <w:p>
      <w:r>
        <w:t>一、制定可行方案</w:t>
      </w:r>
    </w:p>
    <w:p>
      <w:r>
        <w:t>1.准确预测办理毕业手续考生的规模总量，规划每天的人流量。</w:t>
      </w:r>
    </w:p>
    <w:p>
      <w:r>
        <w:t>2.合理设置办证的流程和环节。</w:t>
      </w:r>
    </w:p>
    <w:p>
      <w:r>
        <w:t>3.以事设岗、以岗设人，定岗定责，提前培训，提前演练。本次设置六个工作小组，分别为：检查预约和健康码组、秩序维护组、材料验收组、资格审核组、应急解难组、周末党员志愿支援组。</w:t>
      </w:r>
    </w:p>
    <w:p>
      <w:r>
        <w:t>二、避免人群相聚，降低风险</w:t>
      </w:r>
    </w:p>
    <w:p>
      <w:r>
        <w:t>1.开发出新的实用预约系统，设置每小时预约200人。</w:t>
      </w:r>
    </w:p>
    <w:p>
      <w:r>
        <w:t>2.把材料验收和资格审核小组有意的隔开，拉开人与人之间的间隔距离。</w:t>
      </w:r>
    </w:p>
    <w:p>
      <w:r>
        <w:t>3.延长办理时间，由原来的2天变为4天；增加人手，由原来的4组变为8组。</w:t>
      </w:r>
    </w:p>
    <w:p>
      <w:r>
        <w:t>三、增加硬件设施设备，提供人性化服务</w:t>
      </w:r>
    </w:p>
    <w:p>
      <w:r>
        <w:t>1.提前布置好宽敞的办证现场，加宽工作台，增加一张长条桌，拉大距离，避免人与人接触。</w:t>
      </w:r>
    </w:p>
    <w:p>
      <w:r>
        <w:t>2.提前拉好警戒线，张贴好一米线。</w:t>
      </w:r>
    </w:p>
    <w:p>
      <w:r>
        <w:t>3.调试好灯光。</w:t>
      </w:r>
    </w:p>
    <w:p>
      <w:r>
        <w:t>4.增加大功率风扇和加冰降温设备。</w:t>
      </w:r>
    </w:p>
    <w:p>
      <w:r>
        <w:t>在大家的共同努力下，我市的2021年上半年自考毕业手续办理工作平安顺利完成。整个过程深得考生的理解、满意、点赞。</w:t>
      </w:r>
    </w:p>
    <w:p>
      <w:r>
        <w:drawing>
          <wp:inline xmlns:a="http://schemas.openxmlformats.org/drawingml/2006/main" xmlns:pic="http://schemas.openxmlformats.org/drawingml/2006/picture">
            <wp:extent cx="6400800" cy="42753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3536ced4a6a44975eb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75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一名党员一面旗帜，一个支部一个堡垒。市招考办党员志愿者周末为考生服务。</w:t>
      </w:r>
    </w:p>
    <w:p>
      <w:r>
        <w:drawing>
          <wp:inline xmlns:a="http://schemas.openxmlformats.org/drawingml/2006/main" xmlns:pic="http://schemas.openxmlformats.org/drawingml/2006/picture">
            <wp:extent cx="6362700" cy="4241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589a9490f6f806e7f4b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424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严防死守，关口前移，党员干部冲在前。党员志愿者在认真检查两码（健康码、预约码）。</w:t>
      </w:r>
    </w:p>
    <w:p>
      <w:r>
        <w:drawing>
          <wp:inline xmlns:a="http://schemas.openxmlformats.org/drawingml/2006/main" xmlns:pic="http://schemas.openxmlformats.org/drawingml/2006/picture">
            <wp:extent cx="6400800" cy="426317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6bde6851cc0ec88d90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31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现场秩序井然，物业保安您辛苦了！</w:t>
      </w:r>
    </w:p>
    <w:p>
      <w:r>
        <w:drawing>
          <wp:inline xmlns:a="http://schemas.openxmlformats.org/drawingml/2006/main" xmlns:pic="http://schemas.openxmlformats.org/drawingml/2006/picture">
            <wp:extent cx="6400800" cy="479427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2fec87538f924aab1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94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场地宽、窗口多，一名考生一个位，杜绝人挤人！</w:t>
      </w:r>
    </w:p>
    <w:p>
      <w:r>
        <w:drawing>
          <wp:inline xmlns:a="http://schemas.openxmlformats.org/drawingml/2006/main" xmlns:pic="http://schemas.openxmlformats.org/drawingml/2006/picture">
            <wp:extent cx="6400800" cy="427520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c5c01f78896eae55c8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752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别急！我们一定会帮助大家收好材料！党员志愿者现场耐心解答与辅导。</w:t>
      </w:r>
    </w:p>
    <w:p>
      <w:r>
        <w:drawing>
          <wp:inline xmlns:a="http://schemas.openxmlformats.org/drawingml/2006/main" xmlns:pic="http://schemas.openxmlformats.org/drawingml/2006/picture">
            <wp:extent cx="6400800" cy="426343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c63b22202ddfc303ca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3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很快搞掂！考生给办证人员点赞！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8959972.html" TargetMode="External"/><Relationship Id="rId11" Type="http://schemas.openxmlformats.org/officeDocument/2006/relationships/hyperlink" Target="https://szeb.sz.gov.cn/szzkw/qtxx/content/post_894891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