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致全市中考考生和家长朋友的一封信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2023-06-21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https://szeb.sz.gov.cn/szzkw/zkgg/zkxx/content/post_10664494.html</w:t>
        </w:r>
      </w:hyperlink>
    </w:p>
    <w:p/>
    <w:p>
      <w:r>
        <w:t>各位考生、家长朋友们：</w:t>
      </w:r>
    </w:p>
    <w:p>
      <w:r>
        <w:t>大家好！</w:t>
      </w:r>
    </w:p>
    <w:p>
      <w:r>
        <w:t>深圳市2023年中考（含初二学业水平考试）将于6月26日至28日举行。为营造良好考试环境，确保考生平安顺利参加考试，在此温馨提醒广大考生和家长：</w:t>
      </w:r>
    </w:p>
    <w:p>
      <w:r>
        <w:t>一、做好考前准备，从容赴考</w:t>
      </w:r>
    </w:p>
    <w:p>
      <w:r>
        <w:t>1.请考生及家长仔细核实确认考试时间、地点和科目，留足机动时间，宁早勿迟。开考15分钟后，迟到考生不能进入考点参加当场考试。</w:t>
      </w:r>
    </w:p>
    <w:p>
      <w:r>
        <w:t>2.考生应提前准备好准考证、身份证，赴考前请再三确认无误。如在赴考过程中遇到意外或紧急情况，可就近向执勤交警或考点老师寻求帮助，或拨打有关部门服务电话。</w:t>
      </w:r>
    </w:p>
    <w:p>
      <w:r>
        <w:drawing>
          <wp:inline xmlns:a="http://schemas.openxmlformats.org/drawingml/2006/main" xmlns:pic="http://schemas.openxmlformats.org/drawingml/2006/picture">
            <wp:extent cx="6400800" cy="565186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a92294357199a9d15d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6518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3.关注天气变化，提前规划赴考路线。根据气象预报，我市中考期间多(雷)阵雨天气,请随时留意气象台最新的天气信息，合理安排赴考行程，注意适当提前出发，携带雨具，防范雨天路滑及道路积水引发的交通拥堵，以免耽误考试。考试期间家长驾车接送考生的请即停即走，不聚集，不喧哗。</w:t>
      </w:r>
    </w:p>
    <w:p>
      <w:r>
        <w:t>二、遵守考纪考规，诚信应考</w:t>
      </w:r>
    </w:p>
    <w:p>
      <w:r>
        <w:t>4. 不得携带违禁物品进入考场。考生入场，除2B铅笔、黑色字迹的钢笔或签字笔、直尺、圆规、三角板、橡皮擦以及透明文具盒（袋）外，其他任何物品不准带入考场。严禁携带手机、电子手表、计算器等通讯工具和电子设备进场，严禁携带涂改液、修正带、资料以及不透明的水杯（含饮料）、文具盒（袋）等进场。考场内不得自行传递文具用品。</w:t>
      </w:r>
    </w:p>
    <w:p>
      <w:r>
        <w:t>5. 考生应自觉遵守考试纪律，考前仔细阅读《考生守则》和《考生答题须知》，服从考试工作人员的指挥，不该带进考场的东西，一律不带；考场内不该做的事，坚决不做。在考试过程中，严格遵守相关规定，按时进场，规范答题，准时交卷；听从监考教师的安排；知晓答题注意事项，注意答题卷（卡）填涂、书写规范。请广大考生摒弃侥幸心理，拒绝考试违规行为，诚信考试，考出自己真实水平，共同维护公平正义。</w:t>
      </w:r>
    </w:p>
    <w:p>
      <w:r>
        <w:t>三、调节身心状态，阳光迎考</w:t>
      </w:r>
    </w:p>
    <w:p>
      <w:r>
        <w:t>6.中考前及考试期间，请注意合理膳食，保证充分睡眠，维持情绪稳定，以健康的身体和良好的精神状态参加考试。</w:t>
      </w:r>
    </w:p>
    <w:p>
      <w:r>
        <w:t>7.做好健康管理。提高个人防护意识，做好自我防护。新冠病毒抗原或核酸检测结果阳性考生、患其他传染病考生、咳嗽等症状明显影响他人考试的考生，由考点分类安排在备用考场参加考试。</w:t>
      </w:r>
    </w:p>
    <w:p>
      <w:r>
        <w:t>预祝广大考生在考试中发挥自己最佳水平，取得理想的成绩！</w:t>
      </w:r>
    </w:p>
    <w:p>
      <w:r>
        <w:t>深圳市招生考试办公室</w:t>
      </w:r>
    </w:p>
    <w:p>
      <w:r>
        <w:t>2023年6月21日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664494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