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直击高考·十二时辰｜2022年深圳市招生考试办公室出品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https://szeb.sz.gov.cn/szzkw/zkgg/gkxx/content/post_9868656.html</w:t>
        </w:r>
      </w:hyperlink>
    </w:p>
    <w:p/>
    <w:p>
      <w:pPr>
        <w:keepNext/>
      </w:pPr>
      <w:r>
        <w:t>原图分页 1/11</w:t>
      </w:r>
    </w:p>
    <w:p>
      <w:r>
        <w:drawing>
          <wp:inline xmlns:a="http://schemas.openxmlformats.org/drawingml/2006/main" xmlns:pic="http://schemas.openxmlformats.org/drawingml/2006/picture">
            <wp:extent cx="6400800" cy="38089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6cf59583c6325889d567362fb955e74a71c47b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9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2/11</w:t>
      </w:r>
    </w:p>
    <w:p>
      <w:r>
        <w:drawing>
          <wp:inline xmlns:a="http://schemas.openxmlformats.org/drawingml/2006/main" xmlns:pic="http://schemas.openxmlformats.org/drawingml/2006/picture">
            <wp:extent cx="6400800" cy="815204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6cf59583c6325889d567362fb955e74a71c47b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0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3/11</w:t>
      </w:r>
    </w:p>
    <w:p>
      <w:r>
        <w:drawing>
          <wp:inline xmlns:a="http://schemas.openxmlformats.org/drawingml/2006/main" xmlns:pic="http://schemas.openxmlformats.org/drawingml/2006/picture">
            <wp:extent cx="6400800" cy="815204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6cf59583c6325889d567362fb955e74a71c47b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0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4/11</w:t>
      </w:r>
    </w:p>
    <w:p>
      <w:r>
        <w:drawing>
          <wp:inline xmlns:a="http://schemas.openxmlformats.org/drawingml/2006/main" xmlns:pic="http://schemas.openxmlformats.org/drawingml/2006/picture">
            <wp:extent cx="6400800" cy="815204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6cf59583c6325889d567362fb955e74a71c47b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0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5/11</w:t>
      </w:r>
    </w:p>
    <w:p>
      <w:r>
        <w:drawing>
          <wp:inline xmlns:a="http://schemas.openxmlformats.org/drawingml/2006/main" xmlns:pic="http://schemas.openxmlformats.org/drawingml/2006/picture">
            <wp:extent cx="6400800" cy="815204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6cf59583c6325889d567362fb955e74a71c47b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0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6/11</w:t>
      </w:r>
    </w:p>
    <w:p>
      <w:r>
        <w:drawing>
          <wp:inline xmlns:a="http://schemas.openxmlformats.org/drawingml/2006/main" xmlns:pic="http://schemas.openxmlformats.org/drawingml/2006/picture">
            <wp:extent cx="6400800" cy="815204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6cf59583c6325889d567362fb955e74a71c47b-0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0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7/11</w:t>
      </w:r>
    </w:p>
    <w:p>
      <w:r>
        <w:drawing>
          <wp:inline xmlns:a="http://schemas.openxmlformats.org/drawingml/2006/main" xmlns:pic="http://schemas.openxmlformats.org/drawingml/2006/picture">
            <wp:extent cx="6400800" cy="815204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6cf59583c6325889d567362fb955e74a71c47b-00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0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8/11</w:t>
      </w:r>
    </w:p>
    <w:p>
      <w:r>
        <w:drawing>
          <wp:inline xmlns:a="http://schemas.openxmlformats.org/drawingml/2006/main" xmlns:pic="http://schemas.openxmlformats.org/drawingml/2006/picture">
            <wp:extent cx="6400800" cy="815204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6cf59583c6325889d567362fb955e74a71c47b-007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0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9/11</w:t>
      </w:r>
    </w:p>
    <w:p>
      <w:r>
        <w:drawing>
          <wp:inline xmlns:a="http://schemas.openxmlformats.org/drawingml/2006/main" xmlns:pic="http://schemas.openxmlformats.org/drawingml/2006/picture">
            <wp:extent cx="6400800" cy="815204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6cf59583c6325889d567362fb955e74a71c47b-008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0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10/11</w:t>
      </w:r>
    </w:p>
    <w:p>
      <w:r>
        <w:drawing>
          <wp:inline xmlns:a="http://schemas.openxmlformats.org/drawingml/2006/main" xmlns:pic="http://schemas.openxmlformats.org/drawingml/2006/picture">
            <wp:extent cx="6400800" cy="815204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6cf59583c6325889d567362fb955e74a71c47b-009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0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11/11</w:t>
      </w:r>
    </w:p>
    <w:p>
      <w:r>
        <w:drawing>
          <wp:inline xmlns:a="http://schemas.openxmlformats.org/drawingml/2006/main" xmlns:pic="http://schemas.openxmlformats.org/drawingml/2006/picture">
            <wp:extent cx="6400800" cy="3082191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6cf59583c6325889d567362fb955e74a71c47b-01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0821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1/12</w:t>
      </w:r>
    </w:p>
    <w:p>
      <w:r>
        <w:drawing>
          <wp:inline xmlns:a="http://schemas.openxmlformats.org/drawingml/2006/main" xmlns:pic="http://schemas.openxmlformats.org/drawingml/2006/picture">
            <wp:extent cx="6400800" cy="380683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eb404e0dd8acb575c2fdc40f3a8698a8ceceab-000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68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2/12</w:t>
      </w:r>
    </w:p>
    <w:p>
      <w:r>
        <w:drawing>
          <wp:inline xmlns:a="http://schemas.openxmlformats.org/drawingml/2006/main" xmlns:pic="http://schemas.openxmlformats.org/drawingml/2006/picture">
            <wp:extent cx="6400800" cy="8144863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eb404e0dd8acb575c2fdc40f3a8698a8ceceab-001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48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3/12</w:t>
      </w:r>
    </w:p>
    <w:p>
      <w:r>
        <w:drawing>
          <wp:inline xmlns:a="http://schemas.openxmlformats.org/drawingml/2006/main" xmlns:pic="http://schemas.openxmlformats.org/drawingml/2006/picture">
            <wp:extent cx="6400800" cy="8144863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eb404e0dd8acb575c2fdc40f3a8698a8ceceab-002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48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4/12</w:t>
      </w:r>
    </w:p>
    <w:p>
      <w:r>
        <w:drawing>
          <wp:inline xmlns:a="http://schemas.openxmlformats.org/drawingml/2006/main" xmlns:pic="http://schemas.openxmlformats.org/drawingml/2006/picture">
            <wp:extent cx="6400800" cy="8144863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eb404e0dd8acb575c2fdc40f3a8698a8ceceab-00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48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5/12</w:t>
      </w:r>
    </w:p>
    <w:p>
      <w:r>
        <w:drawing>
          <wp:inline xmlns:a="http://schemas.openxmlformats.org/drawingml/2006/main" xmlns:pic="http://schemas.openxmlformats.org/drawingml/2006/picture">
            <wp:extent cx="6400800" cy="8144863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eb404e0dd8acb575c2fdc40f3a8698a8ceceab-004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48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6/12</w:t>
      </w:r>
    </w:p>
    <w:p>
      <w:r>
        <w:drawing>
          <wp:inline xmlns:a="http://schemas.openxmlformats.org/drawingml/2006/main" xmlns:pic="http://schemas.openxmlformats.org/drawingml/2006/picture">
            <wp:extent cx="6400800" cy="8144863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eb404e0dd8acb575c2fdc40f3a8698a8ceceab-005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48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7/12</w:t>
      </w:r>
    </w:p>
    <w:p>
      <w:r>
        <w:drawing>
          <wp:inline xmlns:a="http://schemas.openxmlformats.org/drawingml/2006/main" xmlns:pic="http://schemas.openxmlformats.org/drawingml/2006/picture">
            <wp:extent cx="6400800" cy="8144863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eb404e0dd8acb575c2fdc40f3a8698a8ceceab-006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48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8/12</w:t>
      </w:r>
    </w:p>
    <w:p>
      <w:r>
        <w:drawing>
          <wp:inline xmlns:a="http://schemas.openxmlformats.org/drawingml/2006/main" xmlns:pic="http://schemas.openxmlformats.org/drawingml/2006/picture">
            <wp:extent cx="6400800" cy="8144863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eb404e0dd8acb575c2fdc40f3a8698a8ceceab-007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48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9/12</w:t>
      </w:r>
    </w:p>
    <w:p>
      <w:r>
        <w:drawing>
          <wp:inline xmlns:a="http://schemas.openxmlformats.org/drawingml/2006/main" xmlns:pic="http://schemas.openxmlformats.org/drawingml/2006/picture">
            <wp:extent cx="6400800" cy="8144863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eb404e0dd8acb575c2fdc40f3a8698a8ceceab-008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48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10/12</w:t>
      </w:r>
    </w:p>
    <w:p>
      <w:r>
        <w:drawing>
          <wp:inline xmlns:a="http://schemas.openxmlformats.org/drawingml/2006/main" xmlns:pic="http://schemas.openxmlformats.org/drawingml/2006/picture">
            <wp:extent cx="6400800" cy="8144863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eb404e0dd8acb575c2fdc40f3a8698a8ceceab-009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48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11/12</w:t>
      </w:r>
    </w:p>
    <w:p>
      <w:r>
        <w:drawing>
          <wp:inline xmlns:a="http://schemas.openxmlformats.org/drawingml/2006/main" xmlns:pic="http://schemas.openxmlformats.org/drawingml/2006/picture">
            <wp:extent cx="6400800" cy="8144863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eb404e0dd8acb575c2fdc40f3a8698a8ceceab-010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48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12/12</w:t>
      </w:r>
    </w:p>
    <w:p>
      <w:r>
        <w:drawing>
          <wp:inline xmlns:a="http://schemas.openxmlformats.org/drawingml/2006/main" xmlns:pic="http://schemas.openxmlformats.org/drawingml/2006/picture">
            <wp:extent cx="6400800" cy="2337222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eb404e0dd8acb575c2fdc40f3a8698a8ceceab-011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3372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1/10</w:t>
      </w:r>
    </w:p>
    <w:p>
      <w:r>
        <w:drawing>
          <wp:inline xmlns:a="http://schemas.openxmlformats.org/drawingml/2006/main" xmlns:pic="http://schemas.openxmlformats.org/drawingml/2006/picture">
            <wp:extent cx="6400800" cy="3804003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e403e672044ca42cbe797529ac89d16ca4f52e-000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2/10</w:t>
      </w:r>
    </w:p>
    <w:p>
      <w:r>
        <w:drawing>
          <wp:inline xmlns:a="http://schemas.openxmlformats.org/drawingml/2006/main" xmlns:pic="http://schemas.openxmlformats.org/drawingml/2006/picture">
            <wp:extent cx="6400800" cy="8146473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e403e672044ca42cbe797529ac89d16ca4f52e-001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64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3/10</w:t>
      </w:r>
    </w:p>
    <w:p>
      <w:r>
        <w:drawing>
          <wp:inline xmlns:a="http://schemas.openxmlformats.org/drawingml/2006/main" xmlns:pic="http://schemas.openxmlformats.org/drawingml/2006/picture">
            <wp:extent cx="6400800" cy="8146473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e403e672044ca42cbe797529ac89d16ca4f52e-002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64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4/10</w:t>
      </w:r>
    </w:p>
    <w:p>
      <w:r>
        <w:drawing>
          <wp:inline xmlns:a="http://schemas.openxmlformats.org/drawingml/2006/main" xmlns:pic="http://schemas.openxmlformats.org/drawingml/2006/picture">
            <wp:extent cx="6400800" cy="8146473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e403e672044ca42cbe797529ac89d16ca4f52e-003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64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5/10</w:t>
      </w:r>
    </w:p>
    <w:p>
      <w:r>
        <w:drawing>
          <wp:inline xmlns:a="http://schemas.openxmlformats.org/drawingml/2006/main" xmlns:pic="http://schemas.openxmlformats.org/drawingml/2006/picture">
            <wp:extent cx="6400800" cy="8146473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e403e672044ca42cbe797529ac89d16ca4f52e-004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64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6/10</w:t>
      </w:r>
    </w:p>
    <w:p>
      <w:r>
        <w:drawing>
          <wp:inline xmlns:a="http://schemas.openxmlformats.org/drawingml/2006/main" xmlns:pic="http://schemas.openxmlformats.org/drawingml/2006/picture">
            <wp:extent cx="6400800" cy="8146473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e403e672044ca42cbe797529ac89d16ca4f52e-005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64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7/10</w:t>
      </w:r>
    </w:p>
    <w:p>
      <w:r>
        <w:drawing>
          <wp:inline xmlns:a="http://schemas.openxmlformats.org/drawingml/2006/main" xmlns:pic="http://schemas.openxmlformats.org/drawingml/2006/picture">
            <wp:extent cx="6400800" cy="8146473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e403e672044ca42cbe797529ac89d16ca4f52e-006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64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8/10</w:t>
      </w:r>
    </w:p>
    <w:p>
      <w:r>
        <w:drawing>
          <wp:inline xmlns:a="http://schemas.openxmlformats.org/drawingml/2006/main" xmlns:pic="http://schemas.openxmlformats.org/drawingml/2006/picture">
            <wp:extent cx="6400800" cy="8146473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e403e672044ca42cbe797529ac89d16ca4f52e-007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64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9/10</w:t>
      </w:r>
    </w:p>
    <w:p>
      <w:r>
        <w:drawing>
          <wp:inline xmlns:a="http://schemas.openxmlformats.org/drawingml/2006/main" xmlns:pic="http://schemas.openxmlformats.org/drawingml/2006/picture">
            <wp:extent cx="6400800" cy="8146473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e403e672044ca42cbe797529ac89d16ca4f52e-008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64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10/10</w:t>
      </w:r>
    </w:p>
    <w:p>
      <w:r>
        <w:drawing>
          <wp:inline xmlns:a="http://schemas.openxmlformats.org/drawingml/2006/main" xmlns:pic="http://schemas.openxmlformats.org/drawingml/2006/picture">
            <wp:extent cx="6400800" cy="3447921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e403e672044ca42cbe797529ac89d16ca4f52e-009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4792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986865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Relationship Id="rId42" Type="http://schemas.openxmlformats.org/officeDocument/2006/relationships/image" Target="media/image32.png"/><Relationship Id="rId43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