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深圳市招考办2024年主要招考工作日历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2024-01-30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其他信息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https://szeb.sz.gov.cn/szzkw/qtxx/content/post_11126451.html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197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881f19605b170247df679ccf51b3f39c74aa6e5a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197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4547937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881f19605b170247df679ccf51b3f39c74aa6e5a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54793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810064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c61c0112ef1979ebaa5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0064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1614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2dd925b337b37a5b1de14e292573e0d4455906d-000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161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4554649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2dd925b337b37a5b1de14e292573e0d4455906d-001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55464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447821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0fd1e81721cd2a35286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478215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xx/content/post_11126451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