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深圳市2021年全国硕士研究生招生考试报名确认工作温馨提示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2020-11-09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https://szeb.sz.gov.cn/szzkw/zkgg/ykxx/content/post_8949925.html</w:t>
        </w:r>
      </w:hyperlink>
    </w:p>
    <w:p/>
    <w:p>
      <w:r>
        <w:t>我市2021年全国硕士研究生招生考试报名确认已于2020年11月6日开始，目前报名确认工作进展顺利，大部分考生已通过线上操作。根据审核情况发现，有部分考生上传的材料存在如下问题：</w:t>
      </w:r>
    </w:p>
    <w:p>
      <w:r>
        <w:t>一、上传的相片不符合审核要求。</w:t>
      </w:r>
    </w:p>
    <w:p>
      <w:r>
        <w:t>二、社保证明没有显示考生姓名。</w:t>
      </w:r>
    </w:p>
    <w:p>
      <w:r>
        <w:t>三、户籍类型选择错误。</w:t>
      </w:r>
    </w:p>
    <w:p>
      <w:r>
        <w:t>四、未上传毕业证，只上传了学位证。</w:t>
      </w:r>
    </w:p>
    <w:p>
      <w:r>
        <w:t>五、应届毕业生上传学生证时，没有上传包含姓名、学校名称、日期等内容的页面，延期毕业的考生应附上学校出具的证明。</w:t>
      </w:r>
    </w:p>
    <w:p>
      <w:r>
        <w:t>六、审核通过但还未签署确认书。</w:t>
      </w:r>
    </w:p>
    <w:p>
      <w:r>
        <w:t>市招考办温馨提示：存在上述问题的考生，请及时补传材料，审核通过的考生及时签署确认书；仍未在小程序进行报名确认的考生，请抓紧时间进行相关操作。我市报名确认系统将于2020年11月10日18:00准时关闭，逾期不再受理。</w:t>
      </w:r>
    </w:p>
    <w:p>
      <w:r>
        <w:t>（内容来源：深圳市招生考试办公室）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