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4ec7dcc2a17e631be03446c5586111fdb299d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4ec7dcc2a17e631be03446c5586111fdb299d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