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关于2020年全国硕士研究生招生考试初试全国统一命题科目考试时间安排的通知</w:t>
      </w:r>
    </w:p>
    <w:p>
      <w:r>
        <w:rPr>
          <w:sz w:val="18"/>
        </w:rPr>
        <w:t>整理归属  深圳市招生考试办公室</w:t>
      </w:r>
    </w:p>
    <w:p>
      <w:r>
        <w:rPr>
          <w:sz w:val="18"/>
        </w:rPr>
        <w:t>发布日期  2019-09-24</w:t>
      </w:r>
    </w:p>
    <w:p>
      <w:r>
        <w:rPr>
          <w:sz w:val="18"/>
        </w:rPr>
        <w:t>来源  深圳市招生考试办公室官网</w:t>
      </w:r>
    </w:p>
    <w:p>
      <w:r>
        <w:rPr>
          <w:sz w:val="18"/>
        </w:rPr>
        <w:t>栏目  研考</w:t>
      </w:r>
    </w:p>
    <w:p>
      <w:r>
        <w:rPr>
          <w:sz w:val="18"/>
        </w:rPr>
        <w:t>存档日期  2026-10-27</w:t>
      </w:r>
    </w:p>
    <w:p>
      <w:r>
        <w:t xml:space="preserve">原文链接  </w:t>
      </w:r>
      <w:hyperlink r:id="rId10">
        <w:r>
          <w:rPr>
            <w:color w:val="18548A"/>
          </w:rPr>
          <w:t>https://szeb.sz.gov.cn/szzkw/zkgg/ykxx/content/post_8949938.html</w:t>
        </w:r>
      </w:hyperlink>
    </w:p>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34d8719716f7fa5071dbc44cdc8f6454f13655d3-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95316"/>
            <wp:docPr id="2" name="Picture 2"/>
            <wp:cNvGraphicFramePr>
              <a:graphicFrameLocks noChangeAspect="1"/>
            </wp:cNvGraphicFramePr>
            <a:graphic>
              <a:graphicData uri="http://schemas.openxmlformats.org/drawingml/2006/picture">
                <pic:pic>
                  <pic:nvPicPr>
                    <pic:cNvPr id="0" name="34d8719716f7fa5071dbc44cdc8f6454f13655d3-001.png"/>
                    <pic:cNvPicPr/>
                  </pic:nvPicPr>
                  <pic:blipFill>
                    <a:blip r:embed="rId12"/>
                    <a:stretch>
                      <a:fillRect/>
                    </a:stretch>
                  </pic:blipFill>
                  <pic:spPr>
                    <a:xfrm>
                      <a:off x="0" y="0"/>
                      <a:ext cx="6400800" cy="5195316"/>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56569f7d7426b880c7fb9157c2996488216f15d9-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120640"/>
            <wp:docPr id="4" name="Picture 4"/>
            <wp:cNvGraphicFramePr>
              <a:graphicFrameLocks noChangeAspect="1"/>
            </wp:cNvGraphicFramePr>
            <a:graphic>
              <a:graphicData uri="http://schemas.openxmlformats.org/drawingml/2006/picture">
                <pic:pic>
                  <pic:nvPicPr>
                    <pic:cNvPr id="0" name="56569f7d7426b880c7fb9157c2996488216f15d9-001.png"/>
                    <pic:cNvPicPr/>
                  </pic:nvPicPr>
                  <pic:blipFill>
                    <a:blip r:embed="rId14"/>
                    <a:stretch>
                      <a:fillRect/>
                    </a:stretch>
                  </pic:blipFill>
                  <pic:spPr>
                    <a:xfrm>
                      <a:off x="0" y="0"/>
                      <a:ext cx="6400800" cy="512064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ykxx/content/post_8949938.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