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关于广东省2025年普通高考英语听说考试成绩发布有关事宜的通知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2025-04-03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https://szeb.sz.gov.cn/szzkw/qt/tzgg/content/post_12106101.html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https://szeb.sz.gov.cn/szzkw/zkgg/gkxx/content/post_12106085.html</w:t>
        </w:r>
      </w:hyperlink>
    </w:p>
    <w:p/>
    <w:p>
      <w:r>
        <w:t>文号 ：粤考院办〔2025〕18号</w:t>
      </w:r>
    </w:p>
    <w:p>
      <w:r>
        <w:t>各地级以上市招生办公室（考试中心、考试院）：</w:t>
      </w:r>
    </w:p>
    <w:p>
      <w:r>
        <w:t>我省2025年普通高考英语听说考试评卷工作已经结束。现将考试成绩发布的有关事项通知如下。</w:t>
      </w:r>
    </w:p>
    <w:p>
      <w:r>
        <w:t>一、考试成绩发布</w:t>
      </w:r>
    </w:p>
    <w:p>
      <w:r>
        <w:t>我省2025年普通高考英语听说考试成绩将于4月3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4月3日上午10:00起，考生可通过以下方式查询本人的考试成绩：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考生可通过微信搜索进入“广东招考在线”小程序，点击“成绩查询”，选择考生对应的考试类别，按提示查询考试成绩。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8日17:00前凭准考证向所在中学或当地县（市、区）招生办公室（考试中心、考试院）提出复查成绩的书面申请，并填写《2025年普通高考英语听说考试成绩复查申请登记表》（附件），在学校报考的考生可由学校统一组织办理申请复查手续。各县（市、区）招生办公室（考试中心、考试院）于4月9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附件：2025年普通高考英语听说考试成绩复查申请登记表</w:t>
      </w:r>
    </w:p>
    <w:p>
      <w:r>
        <w:t>广东省教育考试院办公室</w:t>
      </w:r>
    </w:p>
    <w:p>
      <w:r>
        <w:t>2025年4月2日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da8830045f449e0d461871771522d19fe272a99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da8830045f449e0d461871771522d19fe272a99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06101.html" TargetMode="External"/><Relationship Id="rId11" Type="http://schemas.openxmlformats.org/officeDocument/2006/relationships/hyperlink" Target="https://szeb.sz.gov.cn/szzkw/zkgg/gkxx/content/post_1210608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