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2025年下半年全国大学英语四、六级考试（CET）成绩查询有关安排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2026-02-25</w:t>
      </w:r>
    </w:p>
    <w:p>
      <w:r>
        <w:rPr>
          <w:sz w:val="18"/>
        </w:rPr>
        <w:t>来源  中国教育考试网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https://eea.gd.gov.cn/shks/content/post_4859841.html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https://eea.gd.gov.cn/news/content/post_4859969.html</w:t>
        </w:r>
      </w:hyperlink>
    </w:p>
    <w:p/>
    <w:p>
      <w:r>
        <w:t>2025年下半年全国大学英语四、六级考试（CET）成绩查询服务将于2026年2月27日（周五）开通，有关安排如下：</w:t>
      </w:r>
    </w:p>
    <w:p>
      <w:r>
        <w:t>一、开通时间</w:t>
      </w:r>
    </w:p>
    <w:p>
      <w:r>
        <w:t>2026年2月27日 上午6时</w:t>
      </w:r>
    </w:p>
    <w:p>
      <w:r>
        <w:t>二、查询内容</w:t>
      </w:r>
    </w:p>
    <w:p>
      <w:r>
        <w:t>2025年下半年CET全国大学英语四、六级考试成绩</w:t>
      </w:r>
    </w:p>
    <w:p>
      <w:r>
        <w:t>三、查询方法</w:t>
      </w:r>
    </w:p>
    <w:p>
      <w:r>
        <w:t>1.中国教育考试网</w:t>
      </w:r>
    </w:p>
    <w:p>
      <w:r>
        <w:t>网址: http://cet.neea.edu.cn/cet</w:t>
      </w:r>
    </w:p>
    <w:p>
      <w:r>
        <w:t>2.中国教育考试网微信小程序</w:t>
      </w:r>
    </w:p>
    <w:p>
      <w:r>
        <w:t>使用微信APP扫描下方小程序码或搜索“中国教育考试网”小程序。</w:t>
      </w:r>
    </w:p>
    <w:p>
      <w:r>
        <w:drawing>
          <wp:inline xmlns:a="http://schemas.openxmlformats.org/drawingml/2006/main" xmlns:pic="http://schemas.openxmlformats.org/drawingml/2006/picture">
            <wp:extent cx="5461000" cy="5461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640dc5b0eca20404b1f405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54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3.中国教育考试网支付宝小程序</w:t>
      </w:r>
    </w:p>
    <w:p>
      <w:r>
        <w:t>使用支付宝APP扫描下方小程序码或搜索“中国教育考试网”小程序。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cb7f7338044a03ba22175a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4.中国教育考试网百度小程序</w:t>
      </w:r>
    </w:p>
    <w:p>
      <w:r>
        <w:t>使用百度APP扫描下方小程序码或搜索“中国教育考试网”小程序。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c71fbcab6f625ed0efdf9f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四、电子成绩报告单</w:t>
      </w:r>
    </w:p>
    <w:p>
      <w:r>
        <w:t>3月10日（周二）9时起，考生可登录中国教育考试网（www.neea.edu.cn），免费查询、下载本次考试电子成绩报告单。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859841.html" TargetMode="External"/><Relationship Id="rId11" Type="http://schemas.openxmlformats.org/officeDocument/2006/relationships/hyperlink" Target="https://eea.gd.gov.cn/news/content/post_4859969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