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关于调整高等教育自学考试《教育学原理》等课程新版考试用书启用时间的通知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https://szeb.sz.gov.cn/szzkw/zkgg/zkxx1/content/post_8949686.html</w:t>
        </w:r>
      </w:hyperlink>
    </w:p>
    <w:p/>
    <w:p>
      <w:r>
        <w:t>教试中心函〔2020〕14号</w:t>
      </w:r>
    </w:p>
    <w:p>
      <w:r>
        <w:t>各省、自治区、直辖市教育考试院（中心、局），军队高等教育自学考试委员会办公室：</w:t>
      </w:r>
    </w:p>
    <w:p>
      <w:r>
        <w:t>受新冠肺炎疫情影响，原计划于2020年10月自学考试启用的《教育学原理》《教育法学》《中外教育简史》《公司法》等4门课程新版大纲和教材（参见《关于2020年高等教育自学考试全国统考课程考试安排有关事项的通知》）暂缓执行。2020年10月份自学考试上述课程仍使用之前版本教材。具体如下：</w:t>
      </w:r>
    </w:p>
    <w:p>
      <w:r>
        <w:drawing>
          <wp:inline xmlns:a="http://schemas.openxmlformats.org/drawingml/2006/main" xmlns:pic="http://schemas.openxmlformats.org/drawingml/2006/picture">
            <wp:extent cx="6400800" cy="35890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930d47775e456fbd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89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特此通知。</w:t>
      </w:r>
    </w:p>
    <w:p>
      <w:r>
        <w:t>教育部考试中心</w:t>
      </w:r>
    </w:p>
    <w:p>
      <w:r>
        <w:t>2020年4月1日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8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