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https://szeb.sz.gov.cn/szzkw/zkcx/zxks/zkzy/zkcc/content/post_8949046.html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6d7edcddf5479d6a868de3cfb3a5464adc5a9e3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6d7edcddf5479d6a868de3cfb3a5464adc5a9e3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46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