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关于受疫情影响未能参加广东省2022年上半年全国大学英语四、六级口语考试考生的退费通告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https://eea.gd.gov.cn/shks/content/post_3932715.html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https://eea.gd.gov.cn/tzgg/content/post_3932693.html</w:t>
        </w:r>
      </w:hyperlink>
    </w:p>
    <w:p/>
    <w:p>
      <w:r>
        <w:t>各相关考生：</w:t>
      </w:r>
    </w:p>
    <w:p>
      <w:r>
        <w:t>2022年上半年全国大学英语四、六级口语考试将于5月21日至22日举行。按照教育部教育考试院有关规定，受疫情影响无法正常到场参加考试的考生，可向考点申请退回报名费用，并以教育部教育考试院最终处理结果为准。具体事项如下：</w:t>
      </w:r>
    </w:p>
    <w:p>
      <w:r>
        <w:t>一、申请退费条件及需要材料</w:t>
      </w:r>
    </w:p>
    <w:p>
      <w:r>
        <w:t>（一）考试期间健康码为红码或黄码的考生，请电话联系考点，确认本人是否在考前红黄码考生名单内。名单内考生无需提供证明材料，名单外考生须提供考试期间的非绿健康码彩色截图。</w:t>
      </w:r>
    </w:p>
    <w:p>
      <w:r>
        <w:t>（二）因疫情原因被隔离，无法到场参加考试的考生，提交防疫部门、街道（居委）或单位（学校）出具的隔离证明，如健康码信息有相关文字，也可提交作为证明材料。</w:t>
      </w:r>
    </w:p>
    <w:p>
      <w:r>
        <w:t>（三）考点因疫情原因无法正常开考的，由考点安排退费，考生无需提交申请。</w:t>
      </w:r>
    </w:p>
    <w:p>
      <w:r>
        <w:t>（四）考点正常开考，因疫情原因，考点高校已在考前通知考生不允许到校参加考试的，由考点统一办理退费，考生无需单独提交申请（建议考生向考点确认是否符合此类条件）。</w:t>
      </w:r>
    </w:p>
    <w:p>
      <w:r>
        <w:t>（五）因注射新冠疫苗时间原因，无法提供考前48小时核酸阴性证明，未能参加考试的，提交注射新冠疫苗证明。</w:t>
      </w:r>
    </w:p>
    <w:p>
      <w:r>
        <w:t>除上述情况外，其余考生不可申请退费。</w:t>
      </w:r>
    </w:p>
    <w:p>
      <w:r>
        <w:t>二、申请退费流程</w:t>
      </w:r>
    </w:p>
    <w:p>
      <w:r>
        <w:t>（一）申请退费截止时间：5月22日20：00前，逾时视为自愿放弃。</w:t>
      </w:r>
    </w:p>
    <w:p>
      <w:r>
        <w:t>（二）申请机构：考点</w:t>
      </w:r>
    </w:p>
    <w:p>
      <w:r>
        <w:t>（三）申请方式：将本人身份证、准考证，及上述相关证明材料扫描或拍照，通过电子邮件发送至申请机构指定邮箱（见附件），邮件标题为“（221CET-SET退费）姓名+身份证号”，邮件正文需注明本人姓名、身份证号、报考科目名称、联系电话。请考生严格按照上述格式发送电子邮件，以免影响审核结果。</w:t>
      </w:r>
    </w:p>
    <w:p>
      <w:r>
        <w:t>三、其他事项</w:t>
      </w:r>
    </w:p>
    <w:p>
      <w:r>
        <w:t>退费申请经逐级上报教育部教育考试院并最终核准退费的考生，报名费将按原缴费渠道全额退回。</w:t>
      </w:r>
    </w:p>
    <w:p>
      <w:r>
        <w:t>附件：广东省2022年上半年全国大学英语四、六级口语考试因疫情影响申请退费工作联系方式</w:t>
      </w:r>
    </w:p>
    <w:p>
      <w:r>
        <w:t>广东省教育考试院</w:t>
      </w:r>
    </w:p>
    <w:p>
      <w:r>
        <w:t>2022年5月18日</w:t>
      </w:r>
    </w:p>
    <w:p>
      <w:r>
        <w:t>附件</w:t>
      </w:r>
    </w:p>
    <w:p>
      <w:r>
        <w:t>广东省2022年上半年全国大学英语四、六级口语考试</w:t>
      </w:r>
    </w:p>
    <w:p>
      <w:r>
        <w:t>因疫情影响申请退费工作联系方式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考点代码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考点名称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联系电话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电子邮箱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440040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汕头大学校本部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0754-86502623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chenwei18@stu.edu.cn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440081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广东外语外贸大学南校区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020-36207580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gwdkszx@gdufs.edu.cn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广东职业技术学院高明校区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0757-88269869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136035207@qq.com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440370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华南理工大学五山校区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020-87112234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liub@scut.edu.cn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440400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广东海洋大学湖光校区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0759-2383010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lihaiyan2@gdou.edu.cn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440450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020-61648031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376724969@qq.com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广东技术师范大学东校区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020-38256866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gsjwk@gpnu.edu.cn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440630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东莞理工学院校本部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0769-22861098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dengsibo@dgut.edu.cn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440860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北京师范大学珠海分校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0756-3683905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jwc@bnuz.edu.cn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441040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广州软件学院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020-87818101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280583971@qq.com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441150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吉林大学珠海学院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0756-7626391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ksjluzh@163.com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441230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中山大学南方学院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020-61787503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liw2@nfu.edu.cn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3932715.html" TargetMode="External"/><Relationship Id="rId11" Type="http://schemas.openxmlformats.org/officeDocument/2006/relationships/hyperlink" Target="https://eea.gd.gov.cn/tzgg/content/post_39326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