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07ba03528a46a6cb8b35027380f5534946e16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07ba03528a46a6cb8b35027380f5534946e16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