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广东省2023年10月自学考试考前温馨提示</w:t>
      </w:r>
    </w:p>
    <w:p>
      <w:r>
        <w:rPr>
          <w:sz w:val="18"/>
        </w:rPr>
        <w:t>整理归属  广东省教育考试院</w:t>
      </w:r>
    </w:p>
    <w:p>
      <w:r>
        <w:rPr>
          <w:sz w:val="18"/>
        </w:rPr>
        <w:t>发布日期  2023-10-24</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https://eea.gd.gov.cn/zxks/content/post_4271244.html</w:t>
        </w:r>
      </w:hyperlink>
    </w:p>
    <w:p/>
    <w:p>
      <w:r>
        <w:t>广东省2023年10月高等教育自学考试将于10月28日至29日举行，省教育考试院特别提醒广大考生：</w:t>
      </w:r>
    </w:p>
    <w:p>
      <w:r>
        <w:t>一、提早打印准考证</w:t>
      </w:r>
    </w:p>
    <w:p>
      <w:r>
        <w:t>2023年10月自学考试准考证10月18日上午10时起在自学考试管理系统（网址：https://www.eeagd.edu.cn/zkselfec/）开通打印。请考生提早打印准考证并认真核对个人信息，考前认真阅读准考证中考试时间、地点、考试注意事项等内容。考生在打印准考证过程中如遇问题，请向当地市自考办咨询。</w:t>
      </w:r>
    </w:p>
    <w:p>
      <w:r>
        <w:t>二、携带相关证件</w:t>
      </w:r>
    </w:p>
    <w:p>
      <w:r>
        <w:t>考生须携带本人准考证和有效身份证原件（不含电子身份证）方可参加考试。如考生身份证件遗失，则须携带有效期内的临时身份证或公安部门开具的带相片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三、带齐考试用品</w:t>
      </w:r>
    </w:p>
    <w:p>
      <w:r>
        <w:t>请考生准备好考试需要的相关文具，如2B铅笔、黑色字迹的钢笔或签字笔、直尺、三角板、圆规、橡皮擦等，除必要文具之外任何物品不准带入考场。严禁携带任何通讯工具（如手机、对讲机及其他无线接收、传送设备）、电子计算器（可以使用计算器的课程除外）、电子记事本、电子存储记忆录放设备、照相机、电子摄录设备、涂改液、修正带等与考试无关的物品进入考场。可以使用计算器的课程，计算器不得有程序储存功能。</w:t>
      </w:r>
    </w:p>
    <w:p>
      <w:r>
        <w:t>四、按时参加考试</w:t>
      </w:r>
    </w:p>
    <w:p>
      <w:r>
        <w:t>考试当天，请考生规划好出行线路，提前1小时到达考点，主动接受监考员按规定进行的身份验证（包括人脸识别技术和人工比对身份证检查）、金属探测仪安全检查和随身物品检查等。已到考生须在点名卡的签名框内签名确认。开考15分钟后不准进入考场，交卷出场时间不得早于每门课程考试结束前30分钟，出场后不得再进入考场，考试终了信号发出后应立即停止作答，严禁带走试卷和草稿纸。</w:t>
      </w:r>
    </w:p>
    <w:p>
      <w:r>
        <w:t>五、遵守考试纪律</w:t>
      </w:r>
    </w:p>
    <w:p>
      <w:r>
        <w:t>考场实行全覆盖、全时段网上监控和录像，监控视频和后期的录像回放将作为认定考试违规的依据，请考生自觉遵守考场纪律。试题、答题卡、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六、提高警惕防受骗</w:t>
      </w:r>
    </w:p>
    <w:p>
      <w:r>
        <w:t>请考生不要轻信各种兜售“试题或答案”的诈骗信息，如有线索可及时与有关部门联系，共同抵制有害信息的侵扰，保护自己的正当权益。</w:t>
      </w:r>
    </w:p>
    <w:p>
      <w:r>
        <w:t>预祝考生取得理想的成绩！</w:t>
      </w:r>
    </w:p>
    <w:p>
      <w:r>
        <w:t>附件：各地市自学考试办公室官网、公众号及咨询电话一览表</w:t>
      </w:r>
    </w:p>
    <w:p>
      <w:r>
        <w:t>广东省自学考试委员会办公室</w:t>
      </w:r>
    </w:p>
    <w:p>
      <w:r>
        <w:t>2023年10月24日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2712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