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关于做好2025年普通高等学校春季考试招生征集志愿工作的通知</w:t>
      </w:r>
    </w:p>
    <w:p>
      <w:r>
        <w:rPr>
          <w:sz w:val="18"/>
        </w:rPr>
        <w:t>整理归属  广东省教育考试院</w:t>
      </w:r>
    </w:p>
    <w:p>
      <w:r>
        <w:rPr>
          <w:sz w:val="18"/>
        </w:rPr>
        <w:t>发布日期  2025-03-30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https://eea.gd.gov.cn/ptgk/content/post_4688964.html</w:t>
        </w:r>
      </w:hyperlink>
    </w:p>
    <w:p>
      <w:r>
        <w:t xml:space="preserve">同文来源  </w:t>
      </w:r>
      <w:hyperlink r:id="rId11">
        <w:r>
          <w:rPr>
            <w:color w:val="18548A"/>
          </w:rPr>
          <w:t>https://eea.gd.gov.cn/tzgg/content/post_4688965.html</w:t>
        </w:r>
      </w:hyperlink>
    </w:p>
    <w:p/>
    <w:p>
      <w:r>
        <w:t>各地级以上市招生办公室（考试中心、考试院）、各有关普通高等学校：</w:t>
      </w:r>
    </w:p>
    <w:p>
      <w:r>
        <w:t>根据录取情况，我省2025年高职院校依据普通高中学业水平考试成绩招生录取（下称“依学考录取”）、普通高校招收中等职业学校毕业生统一考试（下称“3+证书”）招生录取尚有少量缺额计划需征集志愿。现就有关事项通知如下：</w:t>
      </w:r>
    </w:p>
    <w:p>
      <w:r>
        <w:t>一、 征集志愿时间</w:t>
      </w:r>
    </w:p>
    <w:p>
      <w:r>
        <w:t>3月31日10:00开始，4月1日12:00截止。</w:t>
      </w:r>
    </w:p>
    <w:p>
      <w:r>
        <w:t>二、 征集志愿条件</w:t>
      </w:r>
    </w:p>
    <w:p>
      <w:r>
        <w:t>（一）征集志愿资格线</w:t>
      </w:r>
    </w:p>
    <w:p>
      <w:r>
        <w:t>1.高职院校依据普通高中学业水平考试成绩招生录取（“依学考录取”）</w:t>
      </w:r>
    </w:p>
    <w:p>
      <w:r>
        <w:t>普通类：文化科总分160分。</w:t>
      </w:r>
    </w:p>
    <w:p>
      <w:r>
        <w:t>体育类：文化科总分150分、体育类专业省统考170分。</w:t>
      </w:r>
    </w:p>
    <w:p>
      <w:r>
        <w:t>音乐类（含音乐教育、音乐表演）：文化科总分140分、音乐类专业省统考150分。</w:t>
      </w:r>
    </w:p>
    <w:p>
      <w:r>
        <w:t>美术与设计类：文化科总分140分、美术与设计类专业省统考150分。</w:t>
      </w:r>
    </w:p>
    <w:p>
      <w:r>
        <w:t>舞蹈类：文化科总分140分、舞蹈类专业省统考150分。</w:t>
      </w:r>
    </w:p>
    <w:p>
      <w:r>
        <w:t>2.普通高等学校招生中等职业学校毕业生统一考试（“3+证书”）</w:t>
      </w:r>
    </w:p>
    <w:p>
      <w:r>
        <w:t>高职院校招收中等职业学校毕业生：文化科总分120分。</w:t>
      </w:r>
    </w:p>
    <w:p>
      <w:r>
        <w:t>高职院校招收退役士兵考生：文化科总分75分。</w:t>
      </w:r>
    </w:p>
    <w:p>
      <w:r>
        <w:t>高职院校招收内地西藏新疆中职班考生：文化科总分80分。</w:t>
      </w:r>
    </w:p>
    <w:p>
      <w:r>
        <w:t>（二）征集志愿考生范围</w:t>
      </w:r>
    </w:p>
    <w:p>
      <w:r>
        <w:t>1.参加了我省2025年普通高考报名及2025年第一次普通高中学业水平合格考的语文、数学、英语考试，且语文、数学、英语3门科目总分（下称“学考成绩”）达到征集志愿资格线；体育类、音乐类、美术与设计类、舞蹈类考生学考成绩、专业省统考成绩达到征集志愿资格线，尚未被录取的考生均可参加“依学考录取”征集志愿填报。</w:t>
      </w:r>
    </w:p>
    <w:p>
      <w:r>
        <w:t>2.参加了我省2025年普通高校招收中等职业学校毕业生统一考试且统一文化科目考试总分达到征集志愿资格线，并符合招生院校相关专业技能证书等要求，尚未被录取的考生可参加“3+证书”征集志愿填报。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录取结果。考生可关注省教育考试院微信公众号，在页面底部选择“小程序”栏，通过考生号和密码登录即可查询录取结果；也可以通过百度小程序“广东省教育考试院”查询。省教育考试院也将通过手机短信向已录取考生在高考报名时绑定的手机号码推送录取结果。</w:t>
      </w:r>
    </w:p>
    <w:p>
      <w:r>
        <w:t>（二）网上填报志愿。经查未被录取且符合条件有意愿参加征集志愿的考生可于3月31日10:00－4月1日12:00登录“广东省普通高考管理系统”（https://pg.eeagd.edu.cn/ks/）填报志愿（征集志愿表样式见附件1）。考生须在规定的时间内填报志愿，逾时一律不再受理。已被高校录取的考生，不得参加征集志愿。</w:t>
      </w:r>
    </w:p>
    <w:p>
      <w:r>
        <w:t>（三）志愿填报方式。符合征集志愿条件的考生可登录“广东省普通高考管理系统考生端”，按本通知精神和相关要求于4月1日12:00前自行上网填报征集志愿。</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与设计类、舞蹈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须根据对口学校和专业填报），每个院校专业组可填报1个专业志愿，不设是否服从调剂选项。</w:t>
      </w:r>
    </w:p>
    <w:p>
      <w:r>
        <w:t>2.考生须在规定的时间内（3月31日10:00－4月1日12:00）登录“广东省普通高考管理系统考生端”，录入院校代码、院校专业组代码、专业代码等信息并提交；在网上确认志愿前，须认真校对所填报的院校、院校专业组、专业志愿及是否服从专业调剂选项。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获取短信验证码或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本人一致后，即可完成志愿确认。在规定的志愿填报时间截止后的2小时内（4月1日12:00-14:00），考生志愿信息不可修改，但仍可以继续完成志愿确认。考生未在规定时间内进行网上志愿确认的，其志愿无效。</w:t>
      </w:r>
    </w:p>
    <w:p>
      <w:r>
        <w:t>在规定的志愿填报时间内（3月31日10:00－4月1日12:00），考生在未进行网上志愿确认前可多次修改所填报的志愿；考生首次“确认志愿”后，如有需要可最多进行2次取消志愿确认，修改志愿并重新确认志愿的机会。当考生确定不再进行志愿修改时，必须在规定时间内（4月1日14:00前）进行网上志愿确认。取消志愿确认后，无论是否重新修改，都必须在规定时间内，再次进行网上确认，否则志愿无效。</w:t>
      </w:r>
    </w:p>
    <w:p>
      <w:r>
        <w:t>5.志愿填报期间，广东省教育考试院将通过手机短信向符合征集志愿条件的考生发送提醒短信，请考生密切留意。考生务必妥善保管好自己的账号、密码、手机验证码等信息，确保手机通讯畅通，不得委托他人或机构填报志愿。由于密码、验证码等信息泄露造成的志愿填报问题由考生自负。考生在点击“确认志愿”按钮前，必须认真核对所填报的院校、院校专业组、专业志愿及是否服从专业调剂选项。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2-3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与设计类、舞蹈类均实行一次性投档。在征集志愿资格线上，根据院校专业组平行志愿投档原则，按考生文化总分（艺体类为合成总分）及排位从高到低依次检索，将符合投档条件的考生，以1:1投档比例投档至院校专业组，由高校按照招生章程公布的录取原则择优录取。</w:t>
      </w:r>
    </w:p>
    <w:p>
      <w:r>
        <w:t>2.对“3+证书”专科中职生、退役士兵实行一次性投档。在征集志愿资格线上，根据院校专业组平行志愿投档原则，按考生文化总分及排位从高到低依次检索，将符合投档条件的考生，以1:1投档比例投档至院校专业组，由高校按照招生章程公布的录取原则择优录取。</w:t>
      </w:r>
    </w:p>
    <w:p>
      <w:r>
        <w:t>3.对“3+证书”专科内地西藏新疆中职班按照1:1的投档比例，在征集志愿资格线上，按考生征集志愿顺序从高分到低分，一次性提供考生征集志愿电子档案供高校择优录取。</w:t>
      </w:r>
    </w:p>
    <w:p>
      <w:r>
        <w:t>4.对“3+证书”专科各批次，原则上先进行中职生投档录取，再进行退役士兵投档录取，最后进行内地西藏新疆中职班投档录取。</w:t>
      </w:r>
    </w:p>
    <w:p>
      <w:r>
        <w:t>5.征集志愿正式投档前,将视院校生源情况，对各科类、各院校专业组间计划进行适当调整。</w:t>
      </w:r>
    </w:p>
    <w:p>
      <w:r>
        <w:t>（三）征集志愿投档时，如院校专业组投档线低于《关于公布广东省2025年普通高校春季高考招生录取最低分数线的通知》（粤招〔2025〕2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简章，了解收费标准情况，慎重填报，一经确认，投档后，一律不得申请放弃。</w:t>
      </w:r>
    </w:p>
    <w:p>
      <w:r>
        <w:t>（三）征集志愿录取时，以考生重新填报的征集志愿为准，考生原填报的院校专业组志愿信息无效。</w:t>
      </w:r>
    </w:p>
    <w:p>
      <w:r>
        <w:t>（四）按规定，考生参加2025年春季高考录取和征集志愿并被录取后，不能参加2025年除定向培养军士外其他夏季高考高职（专科）层次的招生录取，也不能参加2025年高职自主招生等其他类型的高职（专科）层次招生录取。其他未尽事项，按《关于做好广东省2025年普通高等学校春季考试招生录取工作的通知》（粤招办普〔2025〕14号）相关规定执行。</w:t>
      </w:r>
    </w:p>
    <w:p>
      <w:r>
        <w:t>“依学考录取”、“3+证书”征集志愿和网上录取工作涉及广大考生的切身利益，各地市、县（市、区）招生考试机构和有关高校要高度重视，并指定专人负责此项工作，确保“依学考录取”、“3+证书”征集志愿和网上录取工作顺利进行。</w:t>
      </w:r>
    </w:p>
    <w:p>
      <w:r>
        <w:t>附件：</w:t>
      </w:r>
    </w:p>
    <w:p>
      <w:r>
        <w:t>1.广东省2025年普通高校春季高考招生录取考生征集志愿表</w:t>
      </w:r>
    </w:p>
    <w:p>
      <w:r>
        <w:t>2.广东省2025年“依学考录取”（普通类、体育类、音乐类、美术与设计类、舞蹈类）征集志愿在库考生分数段统计表</w:t>
      </w:r>
    </w:p>
    <w:p>
      <w:r>
        <w:t>3.广东省2025年“3+证书”专科批次征集志愿在库考生分数段统计表</w:t>
      </w:r>
    </w:p>
    <w:p>
      <w:r>
        <w:t>4.广东省2025年“依学考录取”（普通类、体育类、音乐类、美术与设计类、舞蹈类）征集志愿招生计划表（分类下发）</w:t>
      </w:r>
    </w:p>
    <w:p>
      <w:r>
        <w:t>5.广东省2025年“3+证书”（含“3+证书”专科中职生、退役士兵和内地西藏新疆中职班）征集志愿招生计划表（分类下发）</w:t>
      </w:r>
    </w:p>
    <w:p>
      <w:r>
        <w:t>广东省招生委员会办公室</w:t>
      </w:r>
    </w:p>
    <w:p>
      <w:r>
        <w:t>2025年3月30日</w:t>
      </w:r>
    </w:p>
    <w:p>
      <w:r>
        <w:t>附件1-3</w:t>
      </w:r>
    </w:p>
    <w:p>
      <w:r>
        <w:t>附件4：广东省2025年“依学考录取”（普通类、体育类、音乐类、美术类、舞蹈类）征集志愿招生计划表</w:t>
      </w:r>
    </w:p>
    <w:p>
      <w:r>
        <w:t>附件5：广东省2025年“3+证书”（含“3+证书”专科中职生、退役士兵和内地西藏新疆中职班）征集志愿招生计划表</w:t>
      </w:r>
    </w:p>
    <w:p>
      <w:pPr>
        <w:pStyle w:val="Heading1"/>
      </w:pPr>
      <w:r>
        <w:t>附件及下载链接</w:t>
      </w:r>
    </w:p>
    <w:p>
      <w:hyperlink r:id="rId12">
        <w:r>
          <w:rPr>
            <w:color w:val="18548A"/>
          </w:rPr>
          <w:t>附件1-3</w:t>
        </w:r>
      </w:hyperlink>
    </w:p>
    <w:p>
      <w:r>
        <w:rPr>
          <w:sz w:val="16"/>
        </w:rPr>
        <w:t>https://eea.gd.gov.cn/attachment/0/576/576486/4688964.pdf</w:t>
      </w:r>
    </w:p>
    <w:p>
      <w:hyperlink r:id="rId13">
        <w:r>
          <w:rPr>
            <w:color w:val="18548A"/>
          </w:rPr>
          <w:t>附件4：广东省2025年“依学考录取”（普通类、体育类、音乐类、美术类、舞蹈类）征集志愿招生计划表</w:t>
        </w:r>
      </w:hyperlink>
    </w:p>
    <w:p>
      <w:r>
        <w:rPr>
          <w:sz w:val="16"/>
        </w:rPr>
        <w:t>https://eea.gd.gov.cn/attachment/0/576/576485/4688964.pdf</w:t>
      </w:r>
    </w:p>
    <w:p>
      <w:hyperlink r:id="rId14">
        <w:r>
          <w:rPr>
            <w:color w:val="18548A"/>
          </w:rPr>
          <w:t>附件5：广东省2025年“3+证书”（含“3+证书”专科中职生、退役士兵和内地西藏新疆中职班）征集志愿招生计划表</w:t>
        </w:r>
      </w:hyperlink>
    </w:p>
    <w:p>
      <w:r>
        <w:rPr>
          <w:sz w:val="16"/>
        </w:rPr>
        <w:t>https://eea.gd.gov.cn/attachment/0/576/576484/4688964.pdf</w:t>
      </w:r>
    </w:p>
    <w:p>
      <w:pPr>
        <w:pStyle w:val="Heading1"/>
      </w:pPr>
      <w:r>
        <w:t>正文相关链接</w:t>
      </w:r>
    </w:p>
    <w:p>
      <w:hyperlink r:id="rId15">
        <w:r>
          <w:rPr>
            <w:color w:val="18548A"/>
          </w:rPr>
          <w:t>附件1-3</w:t>
        </w:r>
      </w:hyperlink>
    </w:p>
    <w:p>
      <w:r>
        <w:t>https://eea.gd.gov.cn/attachment/0/576/576486/4688965.pdf</w:t>
      </w:r>
    </w:p>
    <w:p>
      <w:hyperlink r:id="rId16">
        <w:r>
          <w:rPr>
            <w:color w:val="18548A"/>
          </w:rPr>
          <w:t>附件4：广东省2025年“依学考录取”（普通类、体育类、音乐类、美术类、舞蹈类）征集志愿招生计划表</w:t>
        </w:r>
      </w:hyperlink>
    </w:p>
    <w:p>
      <w:r>
        <w:t>https://eea.gd.gov.cn/attachment/0/576/576485/4688965.pdf</w:t>
      </w:r>
    </w:p>
    <w:p>
      <w:hyperlink r:id="rId17">
        <w:r>
          <w:rPr>
            <w:color w:val="18548A"/>
          </w:rPr>
          <w:t>附件5：广东省2025年“3+证书”（含“3+证书”专科中职生、退役士兵和内地西藏新疆中职班）征集志愿招生计划表</w:t>
        </w:r>
      </w:hyperlink>
    </w:p>
    <w:p>
      <w:r>
        <w:t>https://eea.gd.gov.cn/attachment/0/576/576484/4688965.pdf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88964.html" TargetMode="External"/><Relationship Id="rId11" Type="http://schemas.openxmlformats.org/officeDocument/2006/relationships/hyperlink" Target="https://eea.gd.gov.cn/tzgg/content/post_4688965.html" TargetMode="External"/><Relationship Id="rId12" Type="http://schemas.openxmlformats.org/officeDocument/2006/relationships/hyperlink" Target="https://eea.gd.gov.cn/attachment/0/576/576486/4688964.pdf" TargetMode="External"/><Relationship Id="rId13" Type="http://schemas.openxmlformats.org/officeDocument/2006/relationships/hyperlink" Target="https://eea.gd.gov.cn/attachment/0/576/576485/4688964.pdf" TargetMode="External"/><Relationship Id="rId14" Type="http://schemas.openxmlformats.org/officeDocument/2006/relationships/hyperlink" Target="https://eea.gd.gov.cn/attachment/0/576/576484/4688964.pdf" TargetMode="External"/><Relationship Id="rId15" Type="http://schemas.openxmlformats.org/officeDocument/2006/relationships/hyperlink" Target="https://eea.gd.gov.cn/attachment/0/576/576486/4688965.pdf" TargetMode="External"/><Relationship Id="rId16" Type="http://schemas.openxmlformats.org/officeDocument/2006/relationships/hyperlink" Target="https://eea.gd.gov.cn/attachment/0/576/576485/4688965.pdf" TargetMode="External"/><Relationship Id="rId17" Type="http://schemas.openxmlformats.org/officeDocument/2006/relationships/hyperlink" Target="https://eea.gd.gov.cn/attachment/0/576/576484/468896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