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我市开展2026年民办普高补录</w:t>
      </w:r>
    </w:p>
    <w:p>
      <w:r>
        <w:rPr>
          <w:sz w:val="18"/>
        </w:rPr>
        <w:t>整理归属  深圳市招生考试办公室</w:t>
      </w:r>
    </w:p>
    <w:p>
      <w:r>
        <w:rPr>
          <w:sz w:val="18"/>
        </w:rPr>
        <w:t>发布日期  2026-08-17</w:t>
      </w:r>
    </w:p>
    <w:p>
      <w:r>
        <w:rPr>
          <w:sz w:val="18"/>
        </w:rPr>
        <w:t>来源  深圳市招生考试办公室官网</w:t>
      </w:r>
    </w:p>
    <w:p>
      <w:r>
        <w:rPr>
          <w:sz w:val="18"/>
        </w:rPr>
        <w:t>栏目  通知公告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https://szeb.sz.gov.cn/szzkw/qt/tzgg/content/post_12938773.html</w:t>
        </w:r>
      </w:hyperlink>
    </w:p>
    <w:p>
      <w:r>
        <w:t xml:space="preserve">同文来源  </w:t>
      </w:r>
      <w:hyperlink r:id="rId11">
        <w:r>
          <w:rPr>
            <w:color w:val="18548A"/>
          </w:rPr>
          <w:t>https://szeb.sz.gov.cn/szzkw/zkgg/zkxx/content/post_12938762.html</w:t>
        </w:r>
      </w:hyperlink>
    </w:p>
    <w:p/>
    <w:p>
      <w:r>
        <w:t>按照《深圳市教育局关于做好2026年高中阶段学校考试招生工作的通知》（深教〔2026〕34号）规定，民办普高在第二次划线录取结束后仍未完成招生计划的，可开展补录。经审核批准，现将目前仍有少量招生计划的民办普高公布如下。</w:t>
      </w:r>
    </w:p>
    <w:p>
      <w:pPr>
        <w:keepNext/>
      </w:pPr>
      <w:r>
        <w:t>原图分页 1/2</w:t>
      </w:r>
    </w:p>
    <w:p>
      <w:r>
        <w:drawing>
          <wp:inline xmlns:a="http://schemas.openxmlformats.org/drawingml/2006/main" xmlns:pic="http://schemas.openxmlformats.org/drawingml/2006/picture">
            <wp:extent cx="6400800" cy="3808683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a544aee08a9c87b2888033fe882a84700c04c55-000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3808683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keepNext/>
      </w:pPr>
      <w:r>
        <w:t>原图分页 2/2</w:t>
      </w:r>
    </w:p>
    <w:p>
      <w:r>
        <w:drawing>
          <wp:inline xmlns:a="http://schemas.openxmlformats.org/drawingml/2006/main" xmlns:pic="http://schemas.openxmlformats.org/drawingml/2006/picture">
            <wp:extent cx="6400800" cy="4493002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a544aee08a9c87b2888033fe882a84700c04c55-001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44930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t>考生可联系招生学校报名。招生学校地址、联系电话等信息，可通过市招考办印发的《2026年深圳市高中阶段学校招生简介》查询。</w:t>
      </w:r>
    </w:p>
    <w:p>
      <w:r>
        <w:t>补录期间，民办普高不得进行虚假宣传，不得误导考生，不得违背考生意愿强迫或变相强迫考生报考，不得以报名费、择校费等名义进行乱收费，不得超出规定的招生计划、招生范围进行招生。欢迎广大考生、家长、社会各界对招生录取工作进行监督。市招考办高中招生录取咨询投诉电话：82181999；电子邮箱：zk-szzb@sz.edu.cn。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szeb.sz.gov.cn/szzkw/qt/tzgg/content/post_12938773.html" TargetMode="External"/><Relationship Id="rId11" Type="http://schemas.openxmlformats.org/officeDocument/2006/relationships/hyperlink" Target="https://szeb.sz.gov.cn/szzkw/zkgg/zkxx/content/post_12938762.html" TargetMode="External"/><Relationship Id="rId12" Type="http://schemas.openxmlformats.org/officeDocument/2006/relationships/image" Target="media/image1.png"/><Relationship Id="rId13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